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SOLICITAÇÃO DE FÉRIAS</w:t>
      </w:r>
    </w:p>
    <w:p/>
    <w:p/>
    <w:p>
      <w:r>
        <w:rPr>
          <w:b w:val="0"/>
          <w:sz w:val="22"/>
        </w:rPr>
        <w:t>À</w:t>
      </w:r>
    </w:p>
    <w:p>
      <w:r>
        <w:rPr>
          <w:b w:val="0"/>
          <w:sz w:val="22"/>
        </w:rPr>
        <w:t>EMPRESA: ________________________________________________________________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</w:t>
      </w:r>
    </w:p>
    <w:p>
      <w:r>
        <w:rPr>
          <w:b w:val="0"/>
          <w:sz w:val="22"/>
        </w:rPr>
        <w:t>SETOR DE RECURSOS HUMANOS / DEPARTAMENTO PESSOAL</w:t>
      </w:r>
    </w:p>
    <w:p/>
    <w:p>
      <w:r>
        <w:rPr>
          <w:b w:val="0"/>
          <w:sz w:val="22"/>
        </w:rPr>
        <w:t>Prezado(a) Senhor(a),</w:t>
      </w:r>
    </w:p>
    <w:p/>
    <w:p>
      <w:r>
        <w:rPr>
          <w:b w:val="0"/>
          <w:sz w:val="22"/>
        </w:rPr>
        <w:t>Eu, ________________________________________________________________,</w:t>
      </w:r>
    </w:p>
    <w:p>
      <w:r>
        <w:rPr>
          <w:b w:val="0"/>
          <w:sz w:val="22"/>
        </w:rPr>
        <w:t>portador(a) da Carteira de Trabalho e Previdência Social nº ________________,</w:t>
      </w:r>
    </w:p>
    <w:p>
      <w:r>
        <w:rPr>
          <w:b w:val="0"/>
          <w:sz w:val="22"/>
        </w:rPr>
        <w:t>PIS/PASEP nº ____________________, funcionário(a) desta empresa desde ____/____/____,</w:t>
      </w:r>
    </w:p>
    <w:p>
      <w:r>
        <w:rPr>
          <w:b w:val="0"/>
          <w:sz w:val="22"/>
        </w:rPr>
        <w:t>venho, por meio desta, solicitar a concessão do período de férias a que tenho direito,</w:t>
      </w:r>
    </w:p>
    <w:p>
      <w:r>
        <w:rPr>
          <w:b w:val="0"/>
          <w:sz w:val="22"/>
        </w:rPr>
        <w:t>conforme previsto no artigo 129 da Consolidação das Leis do Trabalho (CLT).</w:t>
      </w:r>
    </w:p>
    <w:p/>
    <w:p>
      <w:r>
        <w:rPr>
          <w:b w:val="0"/>
          <w:sz w:val="22"/>
        </w:rPr>
        <w:t>Solicito o gozo das férias no período de __/__/____ a __/__/____, totalizando</w:t>
      </w:r>
    </w:p>
    <w:p>
      <w:r>
        <w:rPr>
          <w:b w:val="0"/>
          <w:sz w:val="22"/>
        </w:rPr>
        <w:t>___ dias corridos, conforme o planejamento e as necessidades da empresa.</w:t>
      </w:r>
    </w:p>
    <w:p/>
    <w:p>
      <w:r>
        <w:rPr>
          <w:b w:val="0"/>
          <w:sz w:val="22"/>
        </w:rPr>
        <w:t>Declaro estar ciente de que as férias deverão ser usufruídas integralmente, salvo</w:t>
      </w:r>
    </w:p>
    <w:p>
      <w:r>
        <w:rPr>
          <w:b w:val="0"/>
          <w:sz w:val="22"/>
        </w:rPr>
        <w:t>acordo para parcelamento conforme a legislação em vigor, e que a não concessão</w:t>
      </w:r>
    </w:p>
    <w:p>
      <w:r>
        <w:rPr>
          <w:b w:val="0"/>
          <w:sz w:val="22"/>
        </w:rPr>
        <w:t>no prazo legal poderá sujeitar a empresa a penalidades previstas no artigo 137 da CLT.</w:t>
      </w:r>
    </w:p>
    <w:p/>
    <w:p>
      <w:r>
        <w:rPr>
          <w:b w:val="0"/>
          <w:sz w:val="22"/>
        </w:rPr>
        <w:t>Solicito também o pagamento do adicional de um terço constitucional sobre a remuneração</w:t>
      </w:r>
    </w:p>
    <w:p>
      <w:r>
        <w:rPr>
          <w:b w:val="0"/>
          <w:sz w:val="22"/>
        </w:rPr>
        <w:t>de férias, conforme artigo 7º, inciso XVII da Constituição Federal e artigo 142 da CLT.</w:t>
      </w:r>
    </w:p>
    <w:p/>
    <w:p/>
    <w:p>
      <w:r>
        <w:rPr>
          <w:b w:val="0"/>
          <w:sz w:val="22"/>
        </w:rPr>
        <w:t>Sem mais para o momento, agradeço pela atenção e aguardo deferimento.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___________________________________________________________</w:t>
      </w:r>
    </w:p>
    <w:p>
      <w:pPr>
        <w:jc w:val="center"/>
      </w:pPr>
      <w:r>
        <w:rPr>
          <w:b w:val="0"/>
          <w:sz w:val="22"/>
        </w:rPr>
        <w:t>Local e Data</w:t>
      </w:r>
    </w:p>
    <w:p/>
    <w:p/>
    <w:p>
      <w:pPr>
        <w:jc w:val="center"/>
      </w:pPr>
      <w:r>
        <w:rPr>
          <w:b w:val="0"/>
          <w:sz w:val="22"/>
        </w:rPr>
        <w:t>___________________________________________________________</w:t>
      </w:r>
    </w:p>
    <w:p>
      <w:pPr>
        <w:jc w:val="center"/>
      </w:pPr>
      <w:r>
        <w:rPr>
          <w:b w:val="0"/>
          <w:sz w:val="22"/>
        </w:rPr>
        <w:t>Assinatura do(a) Empregado(a)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___________________________________________________________</w:t>
      </w:r>
    </w:p>
    <w:p>
      <w:pPr>
        <w:jc w:val="center"/>
      </w:pPr>
      <w:r>
        <w:rPr>
          <w:b w:val="0"/>
          <w:sz w:val="22"/>
        </w:rPr>
        <w:t>Assinatura e Carimbo da Empresa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https://documentos-lex.com/solicitacao-de-ferias/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solicitacao-de-ferias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