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REVOGAÇÃO DE PROCURAÇÃO AD JUDICIA</w:t>
      </w:r>
    </w:p>
    <w:p/>
    <w:p/>
    <w:p>
      <w:r>
        <w:rPr>
          <w:b/>
          <w:i w:val="0"/>
          <w:sz w:val="22"/>
        </w:rPr>
        <w:t>EXCELENTÍSSIMO(A) SENHOR(A) DOUTOR(A) JUIZ(A) DE DIREITO DA ___ VARA CÍVEL DA COMARCA DE ____________________</w:t>
      </w:r>
    </w:p>
    <w:p/>
    <w:p/>
    <w:p>
      <w:r>
        <w:rPr>
          <w:b w:val="0"/>
          <w:i w:val="0"/>
          <w:sz w:val="22"/>
        </w:rPr>
        <w:t>OUTORGANTE: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___________________________________________________________________</w:t>
      </w:r>
    </w:p>
    <w:p/>
    <w:p/>
    <w:p>
      <w:r>
        <w:rPr>
          <w:b w:val="0"/>
          <w:i w:val="0"/>
          <w:sz w:val="22"/>
        </w:rPr>
        <w:t>OUTORGADO: _________________________________________________________________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_______________________________________________________________________</w:t>
      </w:r>
    </w:p>
    <w:p>
      <w:r>
        <w:rPr>
          <w:b w:val="0"/>
          <w:i w:val="0"/>
          <w:sz w:val="22"/>
        </w:rPr>
        <w:t>OAB: ____________________ UF: ______</w:t>
      </w:r>
    </w:p>
    <w:p>
      <w:r>
        <w:rPr>
          <w:b w:val="0"/>
          <w:i w:val="0"/>
          <w:sz w:val="22"/>
        </w:rPr>
        <w:t>ENDEREÇO COMPLETO: _________________________________________________________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___________________________________________________________________</w:t>
      </w:r>
    </w:p>
    <w:p/>
    <w:p/>
    <w:p/>
    <w:p>
      <w:r>
        <w:rPr>
          <w:b w:val="0"/>
          <w:i w:val="0"/>
          <w:sz w:val="22"/>
        </w:rPr>
        <w:t>OUTORGANTE, acima qualificado, por meio deste instrumento, vem, respeitosamente, à presença de Vossa Excelência,</w:t>
      </w:r>
    </w:p>
    <w:p>
      <w:r>
        <w:rPr>
          <w:b w:val="0"/>
          <w:i w:val="0"/>
          <w:sz w:val="22"/>
        </w:rPr>
        <w:t>revogar, de forma irrevogável e irretratável, a procuração ad judicia anteriormente concedida ao(a) OUTORGADO(A),</w:t>
      </w:r>
    </w:p>
    <w:p>
      <w:r>
        <w:rPr>
          <w:b w:val="0"/>
          <w:i w:val="0"/>
          <w:sz w:val="22"/>
        </w:rPr>
        <w:t>com poderes para representá-lo(a) em juízo, em quaisquer ações, procedimentos e instâncias, conferidos pelo instrumento</w:t>
      </w:r>
    </w:p>
    <w:p>
      <w:r>
        <w:rPr>
          <w:b w:val="0"/>
          <w:i w:val="0"/>
          <w:sz w:val="22"/>
        </w:rPr>
        <w:t>de procuração datado de __/__/____, nos autos do processo nº ____________________________, em trâmite perante este juízo.</w:t>
      </w:r>
    </w:p>
    <w:p/>
    <w:p>
      <w:r>
        <w:rPr>
          <w:b/>
          <w:i w:val="0"/>
          <w:sz w:val="22"/>
        </w:rPr>
        <w:t>Assim, requer:</w:t>
      </w:r>
    </w:p>
    <w:p>
      <w:r>
        <w:rPr>
          <w:b w:val="0"/>
          <w:i w:val="0"/>
          <w:sz w:val="22"/>
        </w:rPr>
        <w:t>1. Que seja declarada a revogação da procuração ad judicia outorgada ao(à) advogado(a) acima qualificado(a),</w:t>
      </w:r>
    </w:p>
    <w:p>
      <w:r>
        <w:rPr>
          <w:b w:val="0"/>
          <w:i w:val="0"/>
          <w:sz w:val="22"/>
        </w:rPr>
        <w:t>com a consequente baixa nos registros deste juízo;</w:t>
      </w:r>
    </w:p>
    <w:p>
      <w:r>
        <w:rPr>
          <w:b w:val="0"/>
          <w:i w:val="0"/>
          <w:sz w:val="22"/>
        </w:rPr>
        <w:t>2. A intimação do(a) OUTORGADO(A) para que cesse imediatamente toda e qualquer representação e atos processuais em nome do(a) OUTORGANTE;</w:t>
      </w:r>
    </w:p>
    <w:p>
      <w:r>
        <w:rPr>
          <w:b w:val="0"/>
          <w:i w:val="0"/>
          <w:sz w:val="22"/>
        </w:rPr>
        <w:t>3. A juntada deste instrumento aos autos do processo supracitado para que produza os efeitos legais.</w:t>
      </w:r>
    </w:p>
    <w:p/>
    <w:p/>
    <w:p>
      <w:r>
        <w:rPr>
          <w:b w:val="0"/>
          <w:i w:val="0"/>
          <w:sz w:val="22"/>
        </w:rPr>
        <w:t>Por ser medida de direito e justiça, pede deferimento.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______________________________, ________________</w:t>
      </w:r>
    </w:p>
    <w:p>
      <w:pPr>
        <w:jc w:val="center"/>
      </w:pPr>
      <w:r>
        <w:rPr>
          <w:b w:val="0"/>
          <w:i w:val="0"/>
          <w:sz w:val="22"/>
        </w:rPr>
        <w:t>Local                   Município/Estado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OUTORGANTE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 – OAB/______ Nº 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https://documentos-lex.com/revogacao-de-procuracao-ad-judicia/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revogacao-de-procuracao-ad-judici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