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RECUSA DE NOTA FISCAL</w:t>
      </w:r>
    </w:p>
    <w:p/>
    <w:p>
      <w:r>
        <w:rPr>
          <w:b w:val="0"/>
          <w:sz w:val="20"/>
        </w:rPr>
        <w:t>À</w:t>
      </w:r>
    </w:p>
    <w:p>
      <w:r>
        <w:rPr>
          <w:b w:val="0"/>
          <w:sz w:val="20"/>
        </w:rPr>
        <w:t>Empresa/Fornecedor: 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/>
    <w:p>
      <w:r>
        <w:rPr>
          <w:b w:val="0"/>
          <w:sz w:val="20"/>
        </w:rPr>
        <w:t>Ref.: Recusa da Nota Fiscal nº ___________ emitida em __/__/____</w:t>
      </w:r>
    </w:p>
    <w:p/>
    <w:p>
      <w:r>
        <w:rPr>
          <w:b w:val="0"/>
          <w:sz w:val="20"/>
        </w:rPr>
        <w:t>Prezados Senhores,</w:t>
      </w:r>
    </w:p>
    <w:p/>
    <w:p>
      <w:r>
        <w:rPr>
          <w:b/>
          <w:sz w:val="20"/>
        </w:rPr>
        <w:t>Por meio desta manifestação formal, venho comunicar a recusa da nota fiscal supracitada, emitida por V.Sa., referente à prestação de serviços/fornecimento de mercadorias cujo conteúdo apresenta as seguintes inconsistências e/ou irregularidades que impedem a sua aceitação e processamento contábil e fiscal:</w:t>
      </w:r>
    </w:p>
    <w:p/>
    <w:p>
      <w:r>
        <w:rPr>
          <w:b/>
          <w:sz w:val="20"/>
        </w:rPr>
        <w:t>1. Descrição detalhada dos motivos da recusa:</w:t>
      </w:r>
    </w:p>
    <w:p>
      <w:r>
        <w:rPr>
          <w:b w:val="0"/>
          <w:sz w:val="20"/>
        </w:rPr>
        <w:t xml:space="preserve">   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</w:t>
      </w:r>
    </w:p>
    <w:p/>
    <w:p>
      <w:r>
        <w:rPr>
          <w:b/>
          <w:sz w:val="20"/>
        </w:rPr>
        <w:t>2. Divergência entre os valores faturados e os valores pactuados no contrato/ordem de compra;</w:t>
      </w:r>
    </w:p>
    <w:p/>
    <w:p>
      <w:r>
        <w:rPr>
          <w:b/>
          <w:sz w:val="20"/>
        </w:rPr>
        <w:t>3. Falta ou incorreção nas informações obrigatórias exigidas pela legislação fiscal vigente, tais como:</w:t>
      </w:r>
    </w:p>
    <w:p>
      <w:r>
        <w:rPr>
          <w:b w:val="0"/>
          <w:sz w:val="20"/>
        </w:rPr>
        <w:t xml:space="preserve">   - Número da nota fiscal;</w:t>
      </w:r>
    </w:p>
    <w:p>
      <w:r>
        <w:rPr>
          <w:b w:val="0"/>
          <w:sz w:val="20"/>
        </w:rPr>
        <w:t xml:space="preserve">   - Data de emissão;</w:t>
      </w:r>
    </w:p>
    <w:p>
      <w:r>
        <w:rPr>
          <w:b w:val="0"/>
          <w:sz w:val="20"/>
        </w:rPr>
        <w:t xml:space="preserve">   - Descrição completa dos produtos/serviços;</w:t>
      </w:r>
    </w:p>
    <w:p>
      <w:r>
        <w:rPr>
          <w:b w:val="0"/>
          <w:sz w:val="20"/>
        </w:rPr>
        <w:t xml:space="preserve">   - CFOP e natureza da operação;</w:t>
      </w:r>
    </w:p>
    <w:p>
      <w:r>
        <w:rPr>
          <w:b w:val="0"/>
          <w:sz w:val="20"/>
        </w:rPr>
        <w:t xml:space="preserve">   - Alíquotas e valores de impostos (ICMS, IPI, PIS, COFINS, ISS, conforme aplicável);</w:t>
      </w:r>
    </w:p>
    <w:p>
      <w:r>
        <w:rPr>
          <w:b w:val="0"/>
          <w:sz w:val="20"/>
        </w:rPr>
        <w:t xml:space="preserve">   - Outros dados fiscais essenciais;</w:t>
      </w:r>
    </w:p>
    <w:p/>
    <w:p>
      <w:r>
        <w:rPr>
          <w:b/>
          <w:sz w:val="20"/>
        </w:rPr>
        <w:t>4. Irregularidades formais que impedem a aceitação da nota fiscal pelo setor financeiro e fiscal da contratante;</w:t>
      </w:r>
    </w:p>
    <w:p/>
    <w:p>
      <w:r>
        <w:rPr>
          <w:b/>
          <w:sz w:val="20"/>
        </w:rPr>
        <w:t>Dessa forma, solicitamos a correção das irregularidades apontadas e a reemissão da nota fiscal em conformidade com as exigências legais e contratuais, para que possamos proceder com seu devido pagamento.</w:t>
      </w:r>
    </w:p>
    <w:p/>
    <w:p>
      <w:r>
        <w:rPr>
          <w:b/>
          <w:sz w:val="20"/>
        </w:rPr>
        <w:t>Informamos que, conforme previsto na legislação tributária brasileira e nas cláusulas contratuais aplicáveis, a recusa da nota fiscal neste momento não caracteriza rejeição definitiva do serviço/produto, mas sim a necessidade de adequação documental para cumprimento das obrigações fiscais e contábeis.</w:t>
      </w:r>
    </w:p>
    <w:p/>
    <w:p>
      <w:r>
        <w:rPr>
          <w:b/>
          <w:sz w:val="20"/>
        </w:rPr>
        <w:t>Por fim, colocamo-nos à disposição para esclarecimentos e para o alinhamento das soluções necessárias para regularização do documento.</w:t>
      </w:r>
    </w:p>
    <w:p/>
    <w:p>
      <w:r>
        <w:rPr>
          <w:b w:val="0"/>
          <w:sz w:val="20"/>
        </w:rPr>
        <w:t>Atenciosamente,</w:t>
      </w:r>
    </w:p>
    <w:p/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Nome do Responsável pela Recusa</w:t>
      </w:r>
    </w:p>
    <w:p>
      <w:r>
        <w:rPr>
          <w:b w:val="0"/>
          <w:sz w:val="20"/>
        </w:rPr>
        <w:t>Cargo/Função</w:t>
      </w:r>
    </w:p>
    <w:p>
      <w:r>
        <w:rPr>
          <w:b w:val="0"/>
          <w:sz w:val="20"/>
        </w:rPr>
        <w:t>Empresa Contratante</w:t>
      </w:r>
    </w:p>
    <w:p>
      <w:r>
        <w:rPr>
          <w:b w:val="0"/>
          <w:sz w:val="20"/>
        </w:rPr>
        <w:t>CNPJ: __________________________________________________</w:t>
      </w:r>
    </w:p>
    <w:p>
      <w:r>
        <w:rPr>
          <w:b w:val="0"/>
          <w:sz w:val="20"/>
        </w:rPr>
        <w:t>Endereço: ______________________________________________</w:t>
      </w:r>
    </w:p>
    <w:p>
      <w:r>
        <w:rPr>
          <w:b w:val="0"/>
          <w:sz w:val="20"/>
        </w:rPr>
        <w:t>Telefone: ______________________________________________</w:t>
      </w:r>
    </w:p>
    <w:p>
      <w:r>
        <w:rPr>
          <w:b w:val="0"/>
          <w:sz w:val="20"/>
        </w:rPr>
        <w:t>E-mail: 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https://documentos-lex.com/recusa-de-nota-fiscal/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recusa-de-nota-fiscal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