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PLANO DE PARTILHA</w:t>
      </w:r>
    </w:p>
    <w:p/>
    <w:p/>
    <w:p>
      <w:r>
        <w:rPr>
          <w:b w:val="0"/>
          <w:sz w:val="20"/>
        </w:rPr>
        <w:t>PROCESSO Nº: _________________________________________________</w:t>
      </w:r>
    </w:p>
    <w:p>
      <w:r>
        <w:rPr>
          <w:b w:val="0"/>
          <w:sz w:val="20"/>
        </w:rPr>
        <w:t>EXCELENTÍSSIMO(A) SENHOR(A) DOUTOR(A) JUIZ(A) DE DIREITO DA VARA DE FAMÍLIA E SUCESSÕES DA COMARCA DE ___________________________</w:t>
      </w:r>
    </w:p>
    <w:p/>
    <w:p>
      <w:r>
        <w:rPr>
          <w:b w:val="0"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presente Plano de Partilha tem por objetivo apresentar a divisão dos bens do casal/espólio, conforme determinação judicial, observando o regime de bens adotado e a legislação vigente.</w:t>
      </w:r>
    </w:p>
    <w:p/>
    <w:p>
      <w:r>
        <w:rPr>
          <w:b/>
          <w:sz w:val="22"/>
        </w:rPr>
        <w:t>II – DO REGIME DE BENS</w:t>
      </w:r>
    </w:p>
    <w:p/>
    <w:p>
      <w:r>
        <w:rPr>
          <w:b w:val="0"/>
          <w:sz w:val="20"/>
        </w:rPr>
        <w:t>O casal era casado sob o regime de ____________________________________, conforme certidão de casamento acostada aos autos.</w:t>
      </w:r>
    </w:p>
    <w:p/>
    <w:p>
      <w:r>
        <w:rPr>
          <w:b/>
          <w:sz w:val="22"/>
        </w:rPr>
        <w:t>III – DO INVENTÁRIO E DOS BENS A PARTILHAR</w:t>
      </w:r>
    </w:p>
    <w:p/>
    <w:p>
      <w:r>
        <w:rPr>
          <w:b/>
          <w:sz w:val="20"/>
        </w:rPr>
        <w:t>Os bens a serem partilhados são os seguintes:</w:t>
      </w:r>
    </w:p>
    <w:p/>
    <w:p>
      <w:r>
        <w:rPr>
          <w:b/>
          <w:sz w:val="20"/>
        </w:rPr>
        <w:t>1. Bens Imóveis:</w:t>
      </w:r>
    </w:p>
    <w:p>
      <w:r>
        <w:rPr>
          <w:b w:val="0"/>
          <w:sz w:val="20"/>
        </w:rPr>
        <w:t xml:space="preserve">   a) _________________________________________________________________</w:t>
      </w:r>
    </w:p>
    <w:p>
      <w:r>
        <w:rPr>
          <w:b w:val="0"/>
          <w:sz w:val="20"/>
        </w:rPr>
        <w:t xml:space="preserve">      - Matrícula nº: ___________________________</w:t>
      </w:r>
    </w:p>
    <w:p>
      <w:r>
        <w:rPr>
          <w:b w:val="0"/>
          <w:sz w:val="20"/>
        </w:rPr>
        <w:t xml:space="preserve">      - Registro no Cartório de Registro de Imóveis de ____________________</w:t>
      </w:r>
    </w:p>
    <w:p>
      <w:r>
        <w:rPr>
          <w:b w:val="0"/>
          <w:sz w:val="20"/>
        </w:rPr>
        <w:t xml:space="preserve">      - Valor estimado: R$ _______________________________________________</w:t>
      </w:r>
    </w:p>
    <w:p/>
    <w:p>
      <w:r>
        <w:rPr>
          <w:b w:val="0"/>
          <w:sz w:val="20"/>
        </w:rPr>
        <w:t xml:space="preserve">   b) _________________________________________________________________</w:t>
      </w:r>
    </w:p>
    <w:p>
      <w:r>
        <w:rPr>
          <w:b w:val="0"/>
          <w:sz w:val="20"/>
        </w:rPr>
        <w:t xml:space="preserve">      - Matrícula nº: ___________________________</w:t>
      </w:r>
    </w:p>
    <w:p>
      <w:r>
        <w:rPr>
          <w:b w:val="0"/>
          <w:sz w:val="20"/>
        </w:rPr>
        <w:t xml:space="preserve">      - Registro no Cartório de Registro de Imóveis de ____________________</w:t>
      </w:r>
    </w:p>
    <w:p>
      <w:r>
        <w:rPr>
          <w:b w:val="0"/>
          <w:sz w:val="20"/>
        </w:rPr>
        <w:t xml:space="preserve">      - Valor estimado: R$ _______________________________________________</w:t>
      </w:r>
    </w:p>
    <w:p/>
    <w:p>
      <w:r>
        <w:rPr>
          <w:b/>
          <w:sz w:val="20"/>
        </w:rPr>
        <w:t>2. Bens Móveis:</w:t>
      </w:r>
    </w:p>
    <w:p>
      <w:r>
        <w:rPr>
          <w:b/>
          <w:sz w:val="20"/>
        </w:rPr>
        <w:t xml:space="preserve">   a) Veículos:</w:t>
      </w:r>
    </w:p>
    <w:p>
      <w:r>
        <w:rPr>
          <w:b w:val="0"/>
          <w:sz w:val="20"/>
        </w:rPr>
        <w:t xml:space="preserve">      - Marca/Modelo: ________________________________</w:t>
      </w:r>
    </w:p>
    <w:p>
      <w:r>
        <w:rPr>
          <w:b w:val="0"/>
          <w:sz w:val="20"/>
        </w:rPr>
        <w:t xml:space="preserve">      - Placa: ___________________________</w:t>
      </w:r>
    </w:p>
    <w:p>
      <w:r>
        <w:rPr>
          <w:b w:val="0"/>
          <w:sz w:val="20"/>
        </w:rPr>
        <w:t xml:space="preserve">      - RENAVAM: ________________________</w:t>
      </w:r>
    </w:p>
    <w:p>
      <w:r>
        <w:rPr>
          <w:b w:val="0"/>
          <w:sz w:val="20"/>
        </w:rPr>
        <w:t xml:space="preserve">      - Valor estimado: R$ _______________________________________________</w:t>
      </w:r>
    </w:p>
    <w:p/>
    <w:p>
      <w:r>
        <w:rPr>
          <w:b w:val="0"/>
          <w:sz w:val="20"/>
        </w:rPr>
        <w:t xml:space="preserve">   b) Outros bens móveis: __________________________________________________</w:t>
      </w:r>
    </w:p>
    <w:p>
      <w:r>
        <w:rPr>
          <w:b w:val="0"/>
          <w:sz w:val="20"/>
        </w:rPr>
        <w:t xml:space="preserve">      - Descrição detalhada: ______________________________________________</w:t>
      </w:r>
    </w:p>
    <w:p>
      <w:r>
        <w:rPr>
          <w:b w:val="0"/>
          <w:sz w:val="20"/>
        </w:rPr>
        <w:t xml:space="preserve">      - Valor estimado: R$ _______________________________________________</w:t>
      </w:r>
    </w:p>
    <w:p/>
    <w:p>
      <w:r>
        <w:rPr>
          <w:b/>
          <w:sz w:val="20"/>
        </w:rPr>
        <w:t>3. Direitos e Créditos:</w:t>
      </w:r>
    </w:p>
    <w:p>
      <w:r>
        <w:rPr>
          <w:b w:val="0"/>
          <w:sz w:val="20"/>
        </w:rPr>
        <w:t xml:space="preserve">   a) Saldo em conta bancária nº ___________________, agência ____________, banco ______________________, no valor aproximado de R$ ________________.</w:t>
      </w:r>
    </w:p>
    <w:p/>
    <w:p>
      <w:r>
        <w:rPr>
          <w:b w:val="0"/>
          <w:sz w:val="20"/>
        </w:rPr>
        <w:t xml:space="preserve">   b) Aplicações financeiras e investimentos no valor aproximado de R$ ________________.</w:t>
      </w:r>
    </w:p>
    <w:p/>
    <w:p>
      <w:r>
        <w:rPr>
          <w:b w:val="0"/>
          <w:sz w:val="20"/>
        </w:rPr>
        <w:t xml:space="preserve">   c) Outros créditos: ______________________________________________________</w:t>
      </w:r>
    </w:p>
    <w:p/>
    <w:p>
      <w:r>
        <w:rPr>
          <w:b/>
          <w:sz w:val="20"/>
        </w:rPr>
        <w:t>4. Dívidas e Obrigações:</w:t>
      </w:r>
    </w:p>
    <w:p>
      <w:r>
        <w:rPr>
          <w:b w:val="0"/>
          <w:sz w:val="20"/>
        </w:rPr>
        <w:t xml:space="preserve">   a) Financiamentos e empréstimos: _______________________________________</w:t>
      </w:r>
    </w:p>
    <w:p>
      <w:r>
        <w:rPr>
          <w:b w:val="0"/>
          <w:sz w:val="20"/>
        </w:rPr>
        <w:t xml:space="preserve">   b) Outras dívidas: ______________________________________________________</w:t>
      </w:r>
    </w:p>
    <w:p/>
    <w:p>
      <w:r>
        <w:rPr>
          <w:b/>
          <w:sz w:val="22"/>
        </w:rPr>
        <w:t>IV – DA PARTILHA DOS BENS</w:t>
      </w:r>
    </w:p>
    <w:p/>
    <w:p>
      <w:r>
        <w:rPr>
          <w:b/>
          <w:sz w:val="20"/>
        </w:rPr>
        <w:t>Considerando o regime de bens e as disposições legais aplicáveis, propõe-se a seguinte partilha:</w:t>
      </w:r>
    </w:p>
    <w:p/>
    <w:p>
      <w:r>
        <w:rPr>
          <w:b/>
          <w:sz w:val="20"/>
        </w:rPr>
        <w:t>1. Bens Imóveis:</w:t>
      </w:r>
    </w:p>
    <w:p>
      <w:r>
        <w:rPr>
          <w:b w:val="0"/>
          <w:sz w:val="20"/>
        </w:rPr>
        <w:t xml:space="preserve">   a) O imóvel descrito no item 1.a ficará com ________________________________.</w:t>
      </w:r>
    </w:p>
    <w:p>
      <w:r>
        <w:rPr>
          <w:b w:val="0"/>
          <w:sz w:val="20"/>
        </w:rPr>
        <w:t xml:space="preserve">   b) O imóvel descrito no item 1.b ficará com ________________________________.</w:t>
      </w:r>
    </w:p>
    <w:p/>
    <w:p>
      <w:r>
        <w:rPr>
          <w:b/>
          <w:sz w:val="20"/>
        </w:rPr>
        <w:t>2. Bens Móveis:</w:t>
      </w:r>
    </w:p>
    <w:p>
      <w:r>
        <w:rPr>
          <w:b w:val="0"/>
          <w:sz w:val="20"/>
        </w:rPr>
        <w:t xml:space="preserve">   a) O veículo (item 2.a) ficará com _______________________________________.</w:t>
      </w:r>
    </w:p>
    <w:p>
      <w:r>
        <w:rPr>
          <w:b w:val="0"/>
          <w:sz w:val="20"/>
        </w:rPr>
        <w:t xml:space="preserve">   b) Os demais bens móveis ficarão com ______________________________________.</w:t>
      </w:r>
    </w:p>
    <w:p/>
    <w:p>
      <w:r>
        <w:rPr>
          <w:b/>
          <w:sz w:val="20"/>
        </w:rPr>
        <w:t>3. Direitos e Créditos:</w:t>
      </w:r>
    </w:p>
    <w:p>
      <w:r>
        <w:rPr>
          <w:b/>
          <w:sz w:val="20"/>
        </w:rPr>
        <w:t xml:space="preserve">   a) Saldo bancário será dividido da seguinte forma:</w:t>
      </w:r>
    </w:p>
    <w:p>
      <w:r>
        <w:rPr>
          <w:b w:val="0"/>
          <w:sz w:val="20"/>
        </w:rPr>
        <w:t xml:space="preserve">      - Requerente: R$ ______________________</w:t>
      </w:r>
    </w:p>
    <w:p>
      <w:r>
        <w:rPr>
          <w:b w:val="0"/>
          <w:sz w:val="20"/>
        </w:rPr>
        <w:t xml:space="preserve">      - Requerido: R$ _______________________</w:t>
      </w:r>
    </w:p>
    <w:p>
      <w:r>
        <w:rPr>
          <w:b/>
          <w:sz w:val="20"/>
        </w:rPr>
        <w:t xml:space="preserve">   b) Aplicações financeiras e investimentos serão divididos igualmente ou conforme acordo:</w:t>
      </w:r>
    </w:p>
    <w:p>
      <w:r>
        <w:rPr>
          <w:b w:val="0"/>
          <w:sz w:val="20"/>
        </w:rPr>
        <w:t xml:space="preserve">      - Requerente: R$ ______________________</w:t>
      </w:r>
    </w:p>
    <w:p>
      <w:r>
        <w:rPr>
          <w:b w:val="0"/>
          <w:sz w:val="20"/>
        </w:rPr>
        <w:t xml:space="preserve">      - Requerido: R$ _______________________</w:t>
      </w:r>
    </w:p>
    <w:p>
      <w:r>
        <w:rPr>
          <w:b w:val="0"/>
          <w:sz w:val="20"/>
        </w:rPr>
        <w:t xml:space="preserve">   c) Outros créditos serão partilhados conforme especificado: ________________</w:t>
      </w:r>
    </w:p>
    <w:p/>
    <w:p>
      <w:r>
        <w:rPr>
          <w:b/>
          <w:sz w:val="20"/>
        </w:rPr>
        <w:t>4. Dívidas e Obrigações:</w:t>
      </w:r>
    </w:p>
    <w:p>
      <w:r>
        <w:rPr>
          <w:b/>
          <w:sz w:val="20"/>
        </w:rPr>
        <w:t xml:space="preserve">   a) As dívidas serão assumidas da seguinte forma:</w:t>
      </w:r>
    </w:p>
    <w:p>
      <w:r>
        <w:rPr>
          <w:b w:val="0"/>
          <w:sz w:val="20"/>
        </w:rPr>
        <w:t xml:space="preserve">      - Requerente: ______________________________________________________</w:t>
      </w:r>
    </w:p>
    <w:p>
      <w:r>
        <w:rPr>
          <w:b w:val="0"/>
          <w:sz w:val="20"/>
        </w:rPr>
        <w:t xml:space="preserve">      - Requerido: _______________________________________________________</w:t>
      </w:r>
    </w:p>
    <w:p/>
    <w:p>
      <w:r>
        <w:rPr>
          <w:b/>
          <w:sz w:val="22"/>
        </w:rPr>
        <w:t>V – DAS DISPOSIÇÕES GERAIS</w:t>
      </w:r>
    </w:p>
    <w:p/>
    <w:p>
      <w:r>
        <w:rPr>
          <w:b w:val="0"/>
          <w:sz w:val="20"/>
        </w:rPr>
        <w:t>1. As partes concordam que a partilha ora apresentada atende aos interesses e direitos de ambas, não havendo qualquer vício ou coação.</w:t>
      </w:r>
    </w:p>
    <w:p/>
    <w:p>
      <w:r>
        <w:rPr>
          <w:b w:val="0"/>
          <w:sz w:val="20"/>
        </w:rPr>
        <w:t>2. A presente partilha deverá ser homologada judicialmente para produzir seus efeitos legais.</w:t>
      </w:r>
    </w:p>
    <w:p/>
    <w:p>
      <w:r>
        <w:rPr>
          <w:b w:val="0"/>
          <w:sz w:val="20"/>
        </w:rPr>
        <w:t>3. As despesas decorrentes da formalização e registro da partilha serão suportadas pelas partes na proporção de ____________________________.</w:t>
      </w:r>
    </w:p>
    <w:p/>
    <w:p>
      <w:r>
        <w:rPr>
          <w:b/>
          <w:sz w:val="22"/>
        </w:rPr>
        <w:t>VI – DOS PEDIDOS</w:t>
      </w:r>
    </w:p>
    <w:p/>
    <w:p>
      <w:r>
        <w:rPr>
          <w:b/>
          <w:sz w:val="20"/>
        </w:rPr>
        <w:t>Ante o exposto, requer-se:</w:t>
      </w:r>
    </w:p>
    <w:p/>
    <w:p>
      <w:r>
        <w:rPr>
          <w:b w:val="0"/>
          <w:sz w:val="20"/>
        </w:rPr>
        <w:t>a) A homologação do presente Plano de Partilha nos termos apresentados;</w:t>
      </w:r>
    </w:p>
    <w:p>
      <w:r>
        <w:rPr>
          <w:b w:val="0"/>
          <w:sz w:val="20"/>
        </w:rPr>
        <w:t>b) A expedição dos competentes mandados para registro e transferência dos bens conforme a divisão estabelecida;</w:t>
      </w:r>
    </w:p>
    <w:p>
      <w:r>
        <w:rPr>
          <w:b w:val="0"/>
          <w:sz w:val="20"/>
        </w:rPr>
        <w:t>c) A condenação das partes ao pagamento das custas e despesas processuais conforme disposto;</w:t>
      </w:r>
    </w:p>
    <w:p>
      <w:r>
        <w:rPr>
          <w:b w:val="0"/>
          <w:sz w:val="20"/>
        </w:rPr>
        <w:t>d) A intimação do Ministério Público, se necessário, para acompanhamento do feito.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https://documentos-lex.com/plano-de-partilha/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plano-de-partilh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