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PESQUISA ELEITORAL</w:t>
      </w:r>
    </w:p>
    <w:p/>
    <w:p>
      <w:r>
        <w:rPr>
          <w:b w:val="0"/>
          <w:sz w:val="20"/>
        </w:rPr>
        <w:t>EXCELENTÍSSIMO(A) SENHOR(A) DIRETOR(A) DA AGÊNCIA REGULADORA ELEITORAL</w:t>
      </w:r>
    </w:p>
    <w:p/>
    <w:p>
      <w:r>
        <w:rPr>
          <w:b w:val="0"/>
          <w:sz w:val="20"/>
        </w:rPr>
        <w:t>REQUERENTE: ___________________________________________________________</w:t>
      </w:r>
    </w:p>
    <w:p>
      <w:r>
        <w:rPr>
          <w:b w:val="0"/>
          <w:sz w:val="20"/>
        </w:rPr>
        <w:t>CNPJ/CPF: 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</w:t>
      </w:r>
    </w:p>
    <w:p>
      <w:r>
        <w:rPr>
          <w:b w:val="0"/>
          <w:sz w:val="20"/>
        </w:rPr>
        <w:t>TELEFONE: 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</w:t>
      </w:r>
    </w:p>
    <w:p/>
    <w:p>
      <w:r>
        <w:rPr>
          <w:b w:val="0"/>
          <w:sz w:val="20"/>
        </w:rPr>
        <w:t>OBJETO: Solicitação de registro e divulgação de pesquisa eleitoral, conforme a legislação vigente.</w:t>
      </w:r>
    </w:p>
    <w:p/>
    <w:p>
      <w:r>
        <w:rPr>
          <w:b/>
          <w:sz w:val="22"/>
        </w:rPr>
        <w:t>I – DOS DADOS DA PESQUISA</w:t>
      </w:r>
    </w:p>
    <w:p/>
    <w:p>
      <w:r>
        <w:rPr>
          <w:b/>
          <w:sz w:val="20"/>
        </w:rPr>
        <w:t>1. TÍTULO DA PESQUISA: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2. OBJETIVO: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 w:val="0"/>
          <w:sz w:val="20"/>
        </w:rPr>
        <w:t>3. TIPO DE PESQUISA: ( ) Intenção de voto   ( ) Avaliação de governo   ( ) Outros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4. ÁREA GEOGRÁFICA: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5. POPULAÇÃO-ALVO: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6. AMOSTRA:</w:t>
      </w:r>
    </w:p>
    <w:p>
      <w:r>
        <w:rPr>
          <w:b w:val="0"/>
          <w:sz w:val="20"/>
        </w:rPr>
        <w:t>Quantidade: _________    Metodologia: ________________________________</w:t>
      </w:r>
    </w:p>
    <w:p>
      <w:r>
        <w:rPr>
          <w:b w:val="0"/>
          <w:sz w:val="20"/>
        </w:rPr>
        <w:t>Margem de erro: ________    Nível de confiança: _______________________</w:t>
      </w:r>
    </w:p>
    <w:p/>
    <w:p>
      <w:r>
        <w:rPr>
          <w:b/>
          <w:sz w:val="20"/>
        </w:rPr>
        <w:t>7. PERÍODO DE REALIZAÇÃO:</w:t>
      </w:r>
    </w:p>
    <w:p>
      <w:r>
        <w:rPr>
          <w:b w:val="0"/>
          <w:sz w:val="20"/>
        </w:rPr>
        <w:t>Início: ___/___/______    Término: ___/___/______</w:t>
      </w:r>
    </w:p>
    <w:p/>
    <w:p>
      <w:r>
        <w:rPr>
          <w:b/>
          <w:sz w:val="20"/>
        </w:rPr>
        <w:t>8. FORMULÁRIO UTILIZADO:</w:t>
      </w:r>
    </w:p>
    <w:p>
      <w:r>
        <w:rPr>
          <w:b w:val="0"/>
          <w:sz w:val="20"/>
        </w:rPr>
        <w:t>Anexo ao presente requerimento, contendo todas as perguntas e opções de resposta.</w:t>
      </w:r>
    </w:p>
    <w:p/>
    <w:p>
      <w:r>
        <w:rPr>
          <w:b/>
          <w:sz w:val="22"/>
        </w:rPr>
        <w:t>II – DAS INFORMAÇÕES SOBRE A EMPRESA RESPONSÁVEL PELA PESQUISA</w:t>
      </w:r>
    </w:p>
    <w:p/>
    <w:p>
      <w:r>
        <w:rPr>
          <w:b/>
          <w:sz w:val="20"/>
        </w:rPr>
        <w:t>1. NOME DA EMPRESA: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2. CNPJ: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3. ENDEREÇO COMPLETO: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4. RESPONSÁVEL TÉCNICO:</w:t>
      </w:r>
    </w:p>
    <w:p>
      <w:r>
        <w:rPr>
          <w:b w:val="0"/>
          <w:sz w:val="20"/>
        </w:rPr>
        <w:t>Nome: ________________________________________________________________</w:t>
      </w:r>
    </w:p>
    <w:p>
      <w:r>
        <w:rPr>
          <w:b w:val="0"/>
          <w:sz w:val="20"/>
        </w:rPr>
        <w:t>Registro no órgão competente: 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</w:t>
      </w:r>
    </w:p>
    <w:p/>
    <w:p>
      <w:r>
        <w:rPr>
          <w:b/>
          <w:sz w:val="22"/>
        </w:rPr>
        <w:t>III – DAS DECLARAÇÕES</w:t>
      </w:r>
    </w:p>
    <w:p/>
    <w:p>
      <w:r>
        <w:rPr>
          <w:b w:val="0"/>
          <w:sz w:val="20"/>
        </w:rPr>
        <w:t>Declaro, sob as penas da lei, que as informações prestadas neste requerimento são verdadeiras, que a pesquisa será realizada conforme as normas da legislação eleitoral vigente, e que todos os dados coletados serão preservados conforme a legislação de proteção de dados pessoais.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requer-se:</w:t>
      </w:r>
    </w:p>
    <w:p/>
    <w:p>
      <w:r>
        <w:rPr>
          <w:b/>
          <w:sz w:val="20"/>
        </w:rPr>
        <w:t>1. O registro da pesquisa eleitoral objeto deste requerimento;</w:t>
      </w:r>
    </w:p>
    <w:p>
      <w:r>
        <w:rPr>
          <w:b/>
          <w:sz w:val="20"/>
        </w:rPr>
        <w:t>2. A autorização para divulgação dos resultados conforme os prazos legais;</w:t>
      </w:r>
    </w:p>
    <w:p>
      <w:r>
        <w:rPr>
          <w:b w:val="0"/>
          <w:sz w:val="20"/>
        </w:rPr>
        <w:t>3. A concessão de quaisquer outras providências necessárias ao cumprimento da legislação eleitoral.</w:t>
      </w:r>
    </w:p>
    <w:p/>
    <w:p>
      <w:r>
        <w:rPr>
          <w:b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__________________________</w:t>
      </w:r>
    </w:p>
    <w:p>
      <w:r>
        <w:rPr>
          <w:b w:val="0"/>
          <w:sz w:val="20"/>
        </w:rPr>
        <w:t>Local         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Assinatura do Requerente / Representante Legal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Nome Completo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CPF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Cargo/Função</w:t>
      </w:r>
    </w:p>
    <w:p/>
    <w:p>
      <w:r>
        <w:rPr>
          <w:b/>
          <w:sz w:val="20"/>
        </w:rPr>
        <w:t>ANEXOS:</w:t>
      </w:r>
    </w:p>
    <w:p>
      <w:r>
        <w:rPr>
          <w:b/>
          <w:sz w:val="20"/>
        </w:rPr>
        <w:t>1. Formulário da pesquisa;</w:t>
      </w:r>
    </w:p>
    <w:p>
      <w:r>
        <w:rPr>
          <w:b/>
          <w:sz w:val="20"/>
        </w:rPr>
        <w:t>2. Cópia do contrato ou documento que comprove a realização da pesquisa;</w:t>
      </w:r>
    </w:p>
    <w:p>
      <w:r>
        <w:rPr>
          <w:b/>
          <w:sz w:val="20"/>
        </w:rPr>
        <w:t>3. Comprovante de registro no órgão competente;</w:t>
      </w:r>
    </w:p>
    <w:p>
      <w:r>
        <w:rPr>
          <w:b w:val="0"/>
          <w:sz w:val="20"/>
        </w:rPr>
        <w:t>4. Outros documentos pertinentes.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https://documentos-lex.com/pesquisa-eleitoral/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pesquisa-eleitoral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