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b/>
          <w:sz w:val="24"/>
        </w:rPr>
        <w:t>NOTA DE ESCLARECIMENTO</w:t>
      </w:r>
    </w:p>
    <w:p/>
    <w:p/>
    <w:p>
      <w:pPr>
        <w:jc w:val="both"/>
      </w:pPr>
      <w:r>
        <w:rPr>
          <w:b w:val="0"/>
          <w:i w:val="0"/>
          <w:sz w:val="22"/>
        </w:rPr>
        <w:t>À população em geral,</w:t>
      </w:r>
    </w:p>
    <w:p/>
    <w:p>
      <w:pPr>
        <w:jc w:val="both"/>
      </w:pPr>
      <w:r>
        <w:rPr>
          <w:b w:val="0"/>
          <w:i w:val="0"/>
          <w:sz w:val="22"/>
        </w:rPr>
        <w:t>Nós, [NOME COMPLETO OU RAZÃO SOCIAL], inscrito(a) no CPF/CNPJ sob o nº [NÚMERO], por meio desta Nota de Esclarecimento, vimos a público prestar os seguintes esclarecimentos com base nos fatos ocorridos recentemente e que motivaram dúvidas e questionamentos na sociedade.</w:t>
      </w:r>
    </w:p>
    <w:p/>
    <w:p>
      <w:pPr>
        <w:jc w:val="left"/>
      </w:pPr>
      <w:r>
        <w:rPr>
          <w:b/>
          <w:sz w:val="22"/>
        </w:rPr>
        <w:t>1. Contextualização</w:t>
      </w:r>
    </w:p>
    <w:p>
      <w:pPr>
        <w:jc w:val="both"/>
      </w:pPr>
      <w:r>
        <w:rPr>
          <w:b w:val="0"/>
          <w:i w:val="0"/>
          <w:sz w:val="22"/>
        </w:rPr>
        <w:t>Em atenção às informações veiculadas e às interpretações equivocadas que circularam, esclarecemos que [descrever detalhadamente a situação, fatos ocorridos, contexto e demais informações relevantes].</w:t>
      </w:r>
    </w:p>
    <w:p/>
    <w:p>
      <w:pPr>
        <w:jc w:val="left"/>
      </w:pPr>
      <w:r>
        <w:rPr>
          <w:b/>
          <w:sz w:val="22"/>
        </w:rPr>
        <w:t>2. Esclarecimentos Detalhados</w:t>
      </w:r>
    </w:p>
    <w:p>
      <w:pPr>
        <w:jc w:val="both"/>
      </w:pPr>
      <w:r>
        <w:rPr>
          <w:b w:val="0"/>
          <w:i w:val="0"/>
          <w:sz w:val="22"/>
        </w:rPr>
        <w:t>Com relação aos pontos específicos levantados, destacamos:</w:t>
      </w:r>
    </w:p>
    <w:p>
      <w:pPr>
        <w:jc w:val="both"/>
      </w:pPr>
      <w:r>
        <w:rPr>
          <w:b w:val="0"/>
          <w:i w:val="0"/>
          <w:sz w:val="22"/>
        </w:rPr>
        <w:t>a) [Esclarecimento 1: explicação clara e objetiva do fato];</w:t>
      </w:r>
    </w:p>
    <w:p>
      <w:pPr>
        <w:jc w:val="both"/>
      </w:pPr>
      <w:r>
        <w:rPr>
          <w:b w:val="0"/>
          <w:i w:val="0"/>
          <w:sz w:val="22"/>
        </w:rPr>
        <w:t>b) [Esclarecimento 2: detalhamento de informações complementares];</w:t>
      </w:r>
    </w:p>
    <w:p>
      <w:pPr>
        <w:jc w:val="both"/>
      </w:pPr>
      <w:r>
        <w:rPr>
          <w:b w:val="0"/>
          <w:i w:val="0"/>
          <w:sz w:val="22"/>
        </w:rPr>
        <w:t>c) [Esclarecimento 3: eventuais documentos ou evidências que sustentem os esclarecimentos].</w:t>
      </w:r>
    </w:p>
    <w:p/>
    <w:p>
      <w:pPr>
        <w:jc w:val="left"/>
      </w:pPr>
      <w:r>
        <w:rPr>
          <w:b/>
          <w:sz w:val="22"/>
        </w:rPr>
        <w:t>3. Medidas Adotadas</w:t>
      </w:r>
    </w:p>
    <w:p>
      <w:pPr>
        <w:jc w:val="both"/>
      </w:pPr>
      <w:r>
        <w:rPr>
          <w:b w:val="0"/>
          <w:i w:val="0"/>
          <w:sz w:val="22"/>
        </w:rPr>
        <w:t>Informamos ainda que foram adotadas as seguintes providências para sanar quaisquer dúvidas e evitar que fatos semelhantes voltem a ocorrer:</w:t>
      </w:r>
    </w:p>
    <w:p>
      <w:pPr>
        <w:jc w:val="both"/>
      </w:pPr>
      <w:r>
        <w:rPr>
          <w:b w:val="0"/>
          <w:i w:val="0"/>
          <w:sz w:val="22"/>
        </w:rPr>
        <w:t>- [Medida 1: descrição da ação ou procedimento implementado];</w:t>
      </w:r>
    </w:p>
    <w:p>
      <w:pPr>
        <w:jc w:val="both"/>
      </w:pPr>
      <w:r>
        <w:rPr>
          <w:b w:val="0"/>
          <w:i w:val="0"/>
          <w:sz w:val="22"/>
        </w:rPr>
        <w:t>- [Medida 2: outras ações preventivas ou corretivas];</w:t>
      </w:r>
    </w:p>
    <w:p>
      <w:pPr>
        <w:jc w:val="both"/>
      </w:pPr>
      <w:r>
        <w:rPr>
          <w:b w:val="0"/>
          <w:i w:val="0"/>
          <w:sz w:val="22"/>
        </w:rPr>
        <w:t>- [Medida 3: acompanhamento e monitoramento contínuo].</w:t>
      </w:r>
    </w:p>
    <w:p/>
    <w:p>
      <w:pPr>
        <w:jc w:val="left"/>
      </w:pPr>
      <w:r>
        <w:rPr>
          <w:b/>
          <w:sz w:val="22"/>
        </w:rPr>
        <w:t>4. Considerações Finais</w:t>
      </w:r>
    </w:p>
    <w:p>
      <w:pPr>
        <w:jc w:val="both"/>
      </w:pPr>
      <w:r>
        <w:rPr>
          <w:b w:val="0"/>
          <w:i w:val="0"/>
          <w:sz w:val="22"/>
        </w:rPr>
        <w:t>Reafirmamos nosso compromisso com a transparência, a ética e a responsabilidade social, colocando-nos à disposição para quaisquer esclarecimentos adicionais que se fizerem necessários.</w:t>
      </w:r>
    </w:p>
    <w:p>
      <w:pPr>
        <w:jc w:val="both"/>
      </w:pPr>
      <w:r>
        <w:rPr>
          <w:b w:val="0"/>
          <w:i w:val="0"/>
          <w:sz w:val="22"/>
        </w:rPr>
        <w:t>Agradecemos a compreensão de todos e reforçamos que a verdade e a responsabilidade são princípios inegociáveis para nossa atuação.</w:t>
      </w:r>
    </w:p>
    <w:p/>
    <w:p/>
    <w:p>
      <w:pPr>
        <w:jc w:val="both"/>
      </w:pPr>
      <w:r>
        <w:rPr>
          <w:b w:val="0"/>
          <w:i/>
          <w:sz w:val="22"/>
        </w:rPr>
        <w:t>Local e data: ________________________, ___ de ______________________ de ________.</w:t>
      </w:r>
    </w:p>
    <w:p/>
    <w:p/>
    <w:p/>
    <w:p>
      <w:pPr>
        <w:jc w:val="center"/>
      </w:pPr>
      <w:r>
        <w:rPr>
          <w:b w:val="0"/>
          <w:i w:val="0"/>
          <w:sz w:val="22"/>
        </w:rPr>
        <w:t>_________________________________________</w:t>
      </w:r>
    </w:p>
    <w:p>
      <w:pPr>
        <w:jc w:val="center"/>
      </w:pPr>
      <w:r>
        <w:rPr>
          <w:b/>
          <w:i w:val="0"/>
          <w:sz w:val="22"/>
        </w:rPr>
        <w:t>[NOME COMPLETO OU RAZÃO SOCIAL]</w:t>
      </w:r>
    </w:p>
    <w:p>
      <w:pPr>
        <w:jc w:val="center"/>
      </w:pPr>
      <w:r>
        <w:rPr>
          <w:b w:val="0"/>
          <w:i w:val="0"/>
          <w:sz w:val="22"/>
        </w:rPr>
        <w:t>[Cargo ou função, se aplicável]</w:t>
      </w:r>
    </w:p>
    <w:p>
      <w:pPr>
        <w:jc w:val="center"/>
      </w:pPr>
      <w:r>
        <w:rPr>
          <w:b w:val="0"/>
          <w:i w:val="0"/>
          <w:sz w:val="22"/>
        </w:rPr>
        <w:t>CPF/CNPJ: [número]</w:t>
      </w:r>
    </w:p>
    <w:p>
      <w:r>
        <w:br w:type="page"/>
      </w:r>
    </w:p>
    <w:p>
      <w:pPr>
        <w:jc w:val="center"/>
      </w:pPr>
      <w:r>
        <w:rPr>
          <w:color w:val="555555"/>
          <w:sz w:val="24"/>
        </w:rPr>
        <w:t>Fonte original deste documento:</w:t>
      </w:r>
    </w:p>
    <w:p>
      <w:pPr>
        <w:jc w:val="center"/>
      </w:pPr>
      <w:hyperlink r:id="rId9">
        <w:r>
          <w:rPr>
            <w:color w:val="0000FF"/>
            <w:u w:val="single"/>
          </w:rPr>
          <w:t>https://documentos-lex.com/nota-de-esclarecimento/</w:t>
        </w:r>
      </w:hyperlink>
    </w:p>
    <w:p>
      <w:pPr>
        <w:jc w:val="center"/>
      </w:pPr>
      <w:r>
        <w:rPr>
          <w:color w:val="555555"/>
          <w:sz w:val="26"/>
        </w:rPr>
        <w:t>Este modelo foi útil para você?</w:t>
      </w:r>
    </w:p>
    <w:p>
      <w:pPr>
        <w:jc w:val="center"/>
      </w:pPr>
      <w:r>
        <w:rPr>
          <w:color w:val="555555"/>
          <w:sz w:val="26"/>
        </w:rPr>
        <w:t>Encontre outros modelos atualizados em:</w:t>
      </w:r>
    </w:p>
    <w:p>
      <w:pPr>
        <w:jc w:val="center"/>
      </w:pPr>
      <w:hyperlink r:id="rId10">
        <w:r>
          <w:rPr>
            <w:color w:val="0000FF"/>
            <w:u w:val="single"/>
          </w:rPr>
          <w:t>https://documentos-lex.com</w:t>
        </w:r>
      </w:hyperlink>
    </w:p>
    <w:p>
      <w:pPr>
        <w:jc w:val="center"/>
      </w:pPr>
      <w:r>
        <w:rPr>
          <w:color w:val="808080"/>
          <w:sz w:val="20"/>
        </w:rPr>
        <w:t>Este modelo é destinado exclusivamente para uso pessoal e não comercial.</w:t>
        <w:br/>
        <w:t>Ao compartilhar ou publicar, a citação da fonte é obrigatória. © documentos-lex.com</w:t>
      </w:r>
    </w:p>
    <w:sectPr w:rsidR="00FC693F" w:rsidRPr="0006063C" w:rsidSect="00034616">
      <w:pgSz w:w="12240" w:h="15840"/>
      <w:pgMar w:top="1134" w:right="1134" w:bottom="1134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yperlink" Target="https://documentos-lex.com/nota-de-esclarecimento/" TargetMode="External"/><Relationship Id="rId10" Type="http://schemas.openxmlformats.org/officeDocument/2006/relationships/hyperlink" Target="https://documentos-lex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