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MEMORANDO DE ENTENDIMENTO</w:t>
      </w:r>
    </w:p>
    <w:p/>
    <w:p/>
    <w:p>
      <w:pPr>
        <w:jc w:val="both"/>
      </w:pPr>
      <w:r>
        <w:rPr>
          <w:b/>
          <w:sz w:val="20"/>
        </w:rPr>
        <w:t>Pelo presente instrumento particular, as partes abaixo qualificadas:</w:t>
      </w:r>
    </w:p>
    <w:p/>
    <w:p>
      <w:pPr>
        <w:jc w:val="both"/>
      </w:pPr>
      <w:r>
        <w:rPr>
          <w:b w:val="0"/>
          <w:sz w:val="20"/>
        </w:rPr>
        <w:t>1. [Nome da Parte 1], pessoa jurídica de direito privado, inscrita no CNPJ sob nº _______________, com sede à ________________________________________________________, neste ato representada por seu(a) representante legal ____________________________________, portador(a) da cédula de identidade RG nº _______________ e inscrito(a) no CPF/MF sob nº _______________, doravante denominada simplesmente “Parte 1”;</w:t>
      </w:r>
    </w:p>
    <w:p/>
    <w:p>
      <w:pPr>
        <w:jc w:val="both"/>
      </w:pPr>
      <w:r>
        <w:rPr>
          <w:b w:val="0"/>
          <w:sz w:val="20"/>
        </w:rPr>
        <w:t>2. [Nome da Parte 2], pessoa jurídica de direito privado, inscrita no CNPJ sob nº _______________, com sede à ________________________________________________________, neste ato representada por seu(a) representante legal ____________________________________, portador(a) da cédula de identidade RG nº _______________ e inscrito(a) no CPF/MF sob nº _______________, doravante denominada simplesmente “Parte 2”;</w:t>
      </w:r>
    </w:p>
    <w:p/>
    <w:p>
      <w:pPr>
        <w:jc w:val="both"/>
      </w:pPr>
      <w:r>
        <w:rPr>
          <w:b/>
          <w:sz w:val="20"/>
        </w:rPr>
        <w:t>As partes acima identificadas, de comum acordo, têm entre si justo e acertado o presente MEMORANDO DE ENTENDIMENTO (“Memorando”), que se regerá pelas cláusulas e condições seguintes:</w:t>
      </w:r>
    </w:p>
    <w:p/>
    <w:p/>
    <w:p>
      <w:pPr>
        <w:jc w:val="left"/>
      </w:pPr>
      <w:r>
        <w:rPr>
          <w:b/>
          <w:sz w:val="22"/>
        </w:rPr>
        <w:t>CLÁUSULA 1 – DO OBJETO</w:t>
      </w:r>
    </w:p>
    <w:p>
      <w:pPr>
        <w:jc w:val="both"/>
      </w:pPr>
      <w:r>
        <w:rPr>
          <w:b w:val="0"/>
          <w:sz w:val="20"/>
        </w:rPr>
        <w:t>O presente Memorando tem por objeto estabelecer os termos e condições preliminares para a cooperação e entendimento entre as partes, visando ________________________________, bem como definir as responsabilidades e expectativas relacionadas.</w:t>
      </w:r>
    </w:p>
    <w:p/>
    <w:p>
      <w:pPr>
        <w:jc w:val="left"/>
      </w:pPr>
      <w:r>
        <w:rPr>
          <w:b/>
          <w:sz w:val="22"/>
        </w:rPr>
        <w:t>CLÁUSULA 2 – DAS OBRIGAÇÕES DAS PARTES</w:t>
      </w:r>
    </w:p>
    <w:p>
      <w:pPr>
        <w:jc w:val="both"/>
      </w:pPr>
      <w:r>
        <w:rPr>
          <w:b w:val="0"/>
          <w:sz w:val="20"/>
        </w:rPr>
        <w:t>2.1. Obrigações da Parte 1:</w:t>
      </w:r>
    </w:p>
    <w:p>
      <w:pPr>
        <w:jc w:val="both"/>
      </w:pPr>
      <w:r>
        <w:rPr>
          <w:b w:val="0"/>
          <w:sz w:val="20"/>
        </w:rPr>
        <w:t>- ____________________________________________________________</w:t>
      </w:r>
    </w:p>
    <w:p>
      <w:pPr>
        <w:jc w:val="both"/>
      </w:pPr>
      <w:r>
        <w:rPr>
          <w:b w:val="0"/>
          <w:sz w:val="20"/>
        </w:rPr>
        <w:t>- ____________________________________________________________</w:t>
      </w:r>
    </w:p>
    <w:p/>
    <w:p>
      <w:pPr>
        <w:jc w:val="both"/>
      </w:pPr>
      <w:r>
        <w:rPr>
          <w:b w:val="0"/>
          <w:sz w:val="20"/>
        </w:rPr>
        <w:t>2.2. Obrigações da Parte 2:</w:t>
      </w:r>
    </w:p>
    <w:p>
      <w:pPr>
        <w:jc w:val="both"/>
      </w:pPr>
      <w:r>
        <w:rPr>
          <w:b w:val="0"/>
          <w:sz w:val="20"/>
        </w:rPr>
        <w:t>- ____________________________________________________________</w:t>
      </w:r>
    </w:p>
    <w:p>
      <w:pPr>
        <w:jc w:val="both"/>
      </w:pPr>
      <w:r>
        <w:rPr>
          <w:b w:val="0"/>
          <w:sz w:val="20"/>
        </w:rPr>
        <w:t>- ____________________________________________________________</w:t>
      </w:r>
    </w:p>
    <w:p/>
    <w:p>
      <w:pPr>
        <w:jc w:val="left"/>
      </w:pPr>
      <w:r>
        <w:rPr>
          <w:b/>
          <w:sz w:val="22"/>
        </w:rPr>
        <w:t>CLÁUSULA 3 – DA VIGÊNCIA</w:t>
      </w:r>
    </w:p>
    <w:p>
      <w:pPr>
        <w:jc w:val="both"/>
      </w:pPr>
      <w:r>
        <w:rPr>
          <w:b w:val="0"/>
          <w:sz w:val="20"/>
        </w:rPr>
        <w:t>Este Memorando entra em vigor na data de sua assinatura e terá vigência pelo prazo de __ (____________) meses, podendo ser prorrogado mediante acordo escrito entre as partes.</w:t>
      </w:r>
    </w:p>
    <w:p/>
    <w:p>
      <w:pPr>
        <w:jc w:val="left"/>
      </w:pPr>
      <w:r>
        <w:rPr>
          <w:b/>
          <w:sz w:val="22"/>
        </w:rPr>
        <w:t>CLÁUSULA 4 – DA CONFIDENCIALIDADE</w:t>
      </w:r>
    </w:p>
    <w:p>
      <w:pPr>
        <w:jc w:val="both"/>
      </w:pPr>
      <w:r>
        <w:rPr>
          <w:b w:val="0"/>
          <w:sz w:val="20"/>
        </w:rPr>
        <w:t>As partes comprometem-se a manter sigilo absoluto sobre todas as informações confidenciais trocadas em razão deste Memorando, não podendo divulgá-las a terceiros sem prévia autorização por escrito da outra parte, salvo por força de lei ou ordem judicial.</w:t>
      </w:r>
    </w:p>
    <w:p/>
    <w:p>
      <w:pPr>
        <w:jc w:val="left"/>
      </w:pPr>
      <w:r>
        <w:rPr>
          <w:b/>
          <w:sz w:val="22"/>
        </w:rPr>
        <w:t>CLÁUSULA 5 – DA NÃO VINCULAÇÃO</w:t>
      </w:r>
    </w:p>
    <w:p>
      <w:pPr>
        <w:jc w:val="both"/>
      </w:pPr>
      <w:r>
        <w:rPr>
          <w:b w:val="0"/>
          <w:sz w:val="20"/>
        </w:rPr>
        <w:t>Este Memorando não cria obrigações jurídicas vinculantes, nem constitui compromisso de celebração de contrato definitivo entre as partes, servindo apenas como documento preliminar para futuras negociações.</w:t>
      </w:r>
    </w:p>
    <w:p/>
    <w:p>
      <w:pPr>
        <w:jc w:val="left"/>
      </w:pPr>
      <w:r>
        <w:rPr>
          <w:b/>
          <w:sz w:val="22"/>
        </w:rPr>
        <w:t>CLÁUSULA 6 – DA RESCISÃO</w:t>
      </w:r>
    </w:p>
    <w:p>
      <w:pPr>
        <w:jc w:val="both"/>
      </w:pPr>
      <w:r>
        <w:rPr>
          <w:b w:val="0"/>
          <w:sz w:val="20"/>
        </w:rPr>
        <w:t>Este Memorando poderá ser rescindido por qualquer das partes, mediante comunicação escrita com antecedência mínima de __ (____) dias, sem que isso gere direito a indenização entre as partes.</w:t>
      </w:r>
    </w:p>
    <w:p/>
    <w:p>
      <w:pPr>
        <w:jc w:val="left"/>
      </w:pPr>
      <w:r>
        <w:rPr>
          <w:b/>
          <w:sz w:val="22"/>
        </w:rPr>
        <w:t>CLÁUSULA 7 – DA LEGISLAÇÃO APLICÁVEL E FORO</w:t>
      </w:r>
    </w:p>
    <w:p>
      <w:pPr>
        <w:jc w:val="both"/>
      </w:pPr>
      <w:r>
        <w:rPr>
          <w:b w:val="0"/>
          <w:sz w:val="20"/>
        </w:rPr>
        <w:t>Este Memorando será regido e interpretado de acordo com as leis da República Federativa do Brasil. Para dirimir quaisquer controvérsias oriundas deste instrumento, fica eleito o foro da comarca de ________________________, com renúncia expressa a qualquer outro, por mais privilegiado que seja.</w:t>
      </w:r>
    </w:p>
    <w:p/>
    <w:p/>
    <w:p>
      <w:pPr>
        <w:jc w:val="center"/>
      </w:pPr>
      <w:r>
        <w:rPr>
          <w:b w:val="0"/>
          <w:sz w:val="20"/>
        </w:rPr>
        <w:t>E, por estarem assim justas e acordadas, as partes assinam o presente Memorando de Entendimento em __ (____) vias de igual teor e forma, para todos os fins de direito.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252"/>
          </w:tcPr>
          <w:p>
            <w:r>
              <w:rPr>
                <w:b/>
              </w:rPr>
              <w:t>__________________________________________</w:t>
            </w:r>
          </w:p>
        </w:tc>
        <w:tc>
          <w:tcPr>
            <w:tcW w:type="dxa" w:w="4252"/>
          </w:tcPr>
          <w:p>
            <w:r>
              <w:rPr>
                <w:b/>
              </w:rPr>
              <w:t>__________________________________________</w:t>
            </w:r>
          </w:p>
        </w:tc>
      </w:tr>
      <w:tr>
        <w:tc>
          <w:tcPr>
            <w:tcW w:type="dxa" w:w="4252"/>
          </w:tcPr>
          <w:p>
            <w:r>
              <w:rPr>
                <w:b/>
              </w:rPr>
              <w:t>[Nome da Parte 1]</w:t>
            </w:r>
          </w:p>
        </w:tc>
        <w:tc>
          <w:tcPr>
            <w:tcW w:type="dxa" w:w="4252"/>
          </w:tcPr>
          <w:p>
            <w:r>
              <w:rPr>
                <w:b/>
              </w:rPr>
              <w:t>[Nome da Parte 2]</w:t>
            </w:r>
          </w:p>
        </w:tc>
      </w:tr>
      <w:tr>
        <w:tc>
          <w:tcPr>
            <w:tcW w:type="dxa" w:w="4252"/>
          </w:tcPr>
          <w:p>
            <w:r>
              <w:rPr>
                <w:i/>
              </w:rPr>
              <w:t>Representante Legal: ____________________</w:t>
            </w:r>
          </w:p>
        </w:tc>
        <w:tc>
          <w:tcPr>
            <w:tcW w:type="dxa" w:w="4252"/>
          </w:tcPr>
          <w:p>
            <w:r>
              <w:rPr>
                <w:i/>
              </w:rPr>
              <w:t>Representante Legal: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https://documentos-lex.com/memorando-de-entendimento/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memorando-de-entendiment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