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ESCRITURA PÚBLICA DE COMPRA E VENDA</w:t>
      </w:r>
    </w:p>
    <w:p/>
    <w:p/>
    <w:p>
      <w:r>
        <w:rPr>
          <w:b w:val="0"/>
          <w:i w:val="0"/>
          <w:sz w:val="22"/>
        </w:rPr>
        <w:t>Saibam quantos este público instrumento de compra e venda virem que, aos ___ dias do mês de _______________ do ano de ________, na cidade de ____________________, Estado de ________________, perante mim, Tabelião de Notas, compareceram as partes adiante qualificadas, a saber:</w:t>
      </w:r>
    </w:p>
    <w:p/>
    <w:p>
      <w:r>
        <w:rPr>
          <w:b/>
          <w:i w:val="0"/>
          <w:sz w:val="22"/>
        </w:rPr>
        <w:t>VENDEDOR: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</w:t>
      </w:r>
    </w:p>
    <w:p/>
    <w:p>
      <w:r>
        <w:rPr>
          <w:b/>
          <w:i w:val="0"/>
          <w:sz w:val="22"/>
        </w:rPr>
        <w:t>COMPRADOR: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</w:t>
      </w:r>
    </w:p>
    <w:p/>
    <w:p>
      <w:r>
        <w:rPr>
          <w:b/>
          <w:i w:val="0"/>
          <w:sz w:val="22"/>
        </w:rPr>
        <w:t>DESCRIÇÃO DO IMÓVEL:</w:t>
      </w:r>
    </w:p>
    <w:p>
      <w:r>
        <w:rPr>
          <w:b w:val="0"/>
          <w:i w:val="0"/>
          <w:sz w:val="22"/>
        </w:rPr>
        <w:t>O imóvel objeto desta escritura é o seguinte:</w:t>
      </w:r>
    </w:p>
    <w:p>
      <w:r>
        <w:rPr>
          <w:b w:val="0"/>
          <w:i w:val="0"/>
          <w:sz w:val="22"/>
        </w:rPr>
        <w:t>_____________________________________________________________________</w:t>
      </w:r>
    </w:p>
    <w:p>
      <w:r>
        <w:rPr>
          <w:b w:val="0"/>
          <w:i w:val="0"/>
          <w:sz w:val="22"/>
        </w:rPr>
        <w:t>Localização: __________________________________________________________</w:t>
      </w:r>
    </w:p>
    <w:p>
      <w:r>
        <w:rPr>
          <w:b w:val="0"/>
          <w:i w:val="0"/>
          <w:sz w:val="22"/>
        </w:rPr>
        <w:t>Matrícula nº: _________________________________________________________</w:t>
      </w:r>
    </w:p>
    <w:p>
      <w:r>
        <w:rPr>
          <w:b w:val="0"/>
          <w:i w:val="0"/>
          <w:sz w:val="22"/>
        </w:rPr>
        <w:t>Registro de Imóveis da Comarca de: _____________________________________</w:t>
      </w:r>
    </w:p>
    <w:p>
      <w:r>
        <w:rPr>
          <w:b w:val="0"/>
          <w:i w:val="0"/>
          <w:sz w:val="22"/>
        </w:rPr>
        <w:t>Descrição detalhada: 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</w:t>
      </w:r>
    </w:p>
    <w:p/>
    <w:p>
      <w:r>
        <w:rPr>
          <w:b/>
          <w:i w:val="0"/>
          <w:sz w:val="22"/>
        </w:rPr>
        <w:t>CLÁUSULA 1ª – DO PREÇO E FORMA DE PAGAMENTO</w:t>
      </w:r>
    </w:p>
    <w:p>
      <w:r>
        <w:rPr>
          <w:b w:val="0"/>
          <w:i w:val="0"/>
          <w:sz w:val="22"/>
        </w:rPr>
        <w:t>O imóvel acima descrito é vendido pelo preço certo e ajustado de R$ ______________________ (valor por extenso).</w:t>
      </w:r>
    </w:p>
    <w:p>
      <w:r>
        <w:rPr>
          <w:b w:val="0"/>
          <w:i w:val="0"/>
          <w:sz w:val="22"/>
        </w:rPr>
        <w:t>O pagamento será efetuado da seguinte forma:</w:t>
      </w:r>
    </w:p>
    <w:p>
      <w:r>
        <w:rPr>
          <w:b w:val="0"/>
          <w:i w:val="0"/>
          <w:sz w:val="22"/>
        </w:rPr>
        <w:t>- Sinal/arras: R$ _____________________________</w:t>
      </w:r>
    </w:p>
    <w:p>
      <w:r>
        <w:rPr>
          <w:b w:val="0"/>
          <w:i w:val="0"/>
          <w:sz w:val="22"/>
        </w:rPr>
        <w:t>- Saldo: R$ ___________________________________</w:t>
      </w:r>
    </w:p>
    <w:p>
      <w:r>
        <w:rPr>
          <w:b w:val="0"/>
          <w:i w:val="0"/>
          <w:sz w:val="22"/>
        </w:rPr>
        <w:t>- Condições: 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</w:t>
      </w:r>
    </w:p>
    <w:p/>
    <w:p>
      <w:r>
        <w:rPr>
          <w:b/>
          <w:i w:val="0"/>
          <w:sz w:val="22"/>
        </w:rPr>
        <w:t>CLÁUSULA 2ª – DA POSSE E ENTREGA</w:t>
      </w:r>
    </w:p>
    <w:p>
      <w:r>
        <w:rPr>
          <w:b w:val="0"/>
          <w:i w:val="0"/>
          <w:sz w:val="22"/>
        </w:rPr>
        <w:t>O VENDEDOR declara que o imóvel encontra-se livre e desembaraçado de quaisquer ônus, dívidas, hipotecas, penhoras, ações reais ou pessoais que possam impedir a sua venda.</w:t>
      </w:r>
    </w:p>
    <w:p>
      <w:r>
        <w:rPr>
          <w:b w:val="0"/>
          <w:i w:val="0"/>
          <w:sz w:val="22"/>
        </w:rPr>
        <w:t>A posse do imóvel será transmitida ao COMPRADOR imediatamente após a assinatura desta escritura.</w:t>
      </w:r>
    </w:p>
    <w:p/>
    <w:p>
      <w:r>
        <w:rPr>
          <w:b/>
          <w:i w:val="0"/>
          <w:sz w:val="22"/>
        </w:rPr>
        <w:t>CLÁUSULA 3ª – DAS OBRIGAÇÕES DAS PARTES</w:t>
      </w:r>
    </w:p>
    <w:p>
      <w:r>
        <w:rPr>
          <w:b w:val="0"/>
          <w:i w:val="0"/>
          <w:sz w:val="22"/>
        </w:rPr>
        <w:t>São obrigações do VENDEDOR:</w:t>
      </w:r>
    </w:p>
    <w:p>
      <w:r>
        <w:rPr>
          <w:b w:val="0"/>
          <w:i w:val="0"/>
          <w:sz w:val="22"/>
        </w:rPr>
        <w:t>- Entregar o imóvel conforme descrito e em perfeitas condições.</w:t>
      </w:r>
    </w:p>
    <w:p>
      <w:r>
        <w:rPr>
          <w:b w:val="0"/>
          <w:i w:val="0"/>
          <w:sz w:val="22"/>
        </w:rPr>
        <w:t>- Fornecer toda a documentação necessária para a transferência da propriedade.</w:t>
      </w:r>
    </w:p>
    <w:p/>
    <w:p>
      <w:r>
        <w:rPr>
          <w:b w:val="0"/>
          <w:i w:val="0"/>
          <w:sz w:val="22"/>
        </w:rPr>
        <w:t>São obrigações do COMPRADOR:</w:t>
      </w:r>
    </w:p>
    <w:p>
      <w:r>
        <w:rPr>
          <w:b w:val="0"/>
          <w:i w:val="0"/>
          <w:sz w:val="22"/>
        </w:rPr>
        <w:t>- Efetuar o pagamento conforme cláusula 1ª.</w:t>
      </w:r>
    </w:p>
    <w:p>
      <w:r>
        <w:rPr>
          <w:b w:val="0"/>
          <w:i w:val="0"/>
          <w:sz w:val="22"/>
        </w:rPr>
        <w:t>- Arcar com as despesas de transferência, impostos e taxas decorrentes desta compra e venda.</w:t>
      </w:r>
    </w:p>
    <w:p/>
    <w:p>
      <w:r>
        <w:rPr>
          <w:b/>
          <w:i w:val="0"/>
          <w:sz w:val="22"/>
        </w:rPr>
        <w:t>CLÁUSULA 4ª – DAS DESPESAS E TRIBUTOS</w:t>
      </w:r>
    </w:p>
    <w:p>
      <w:r>
        <w:rPr>
          <w:b w:val="0"/>
          <w:i w:val="0"/>
          <w:sz w:val="22"/>
        </w:rPr>
        <w:t>Todas as despesas relativas à escritura pública, impostos (ITBI), taxas de registro e emolumentos correrão por conta do COMPRADOR.</w:t>
      </w:r>
    </w:p>
    <w:p/>
    <w:p>
      <w:r>
        <w:rPr>
          <w:b/>
          <w:i w:val="0"/>
          <w:sz w:val="22"/>
        </w:rPr>
        <w:t>CLÁUSULA 5ª – DA TRANSFERÊNCIA DE PROPRIEDADE</w:t>
      </w:r>
    </w:p>
    <w:p>
      <w:r>
        <w:rPr>
          <w:b w:val="0"/>
          <w:i w:val="0"/>
          <w:sz w:val="22"/>
        </w:rPr>
        <w:t>O VENDEDOR se compromete a outorgar a escritura definitiva de compra e venda e providenciar os documentos necessários para a transferência da propriedade, após a quitação total do preço.</w:t>
      </w:r>
    </w:p>
    <w:p/>
    <w:p>
      <w:r>
        <w:rPr>
          <w:b/>
          <w:i w:val="0"/>
          <w:sz w:val="22"/>
        </w:rPr>
        <w:t>CLÁUSULA 6ª – DAS GARANTIAS</w:t>
      </w:r>
    </w:p>
    <w:p>
      <w:r>
        <w:rPr>
          <w:b w:val="0"/>
          <w:i w:val="0"/>
          <w:sz w:val="22"/>
        </w:rPr>
        <w:t>O VENDEDOR garante que o imóvel está livre e desembaraçado de quaisquer ônus, dívidas, ações judiciais ou quaisquer impedimentos que possam prejudicar a posse ou propriedade do COMPRADOR.</w:t>
      </w:r>
    </w:p>
    <w:p/>
    <w:p>
      <w:r>
        <w:rPr>
          <w:b/>
          <w:i w:val="0"/>
          <w:sz w:val="22"/>
        </w:rPr>
        <w:t>CLÁUSULA 7ª – DAS PENALIDADES</w:t>
      </w:r>
    </w:p>
    <w:p>
      <w:r>
        <w:rPr>
          <w:b w:val="0"/>
          <w:i w:val="0"/>
          <w:sz w:val="22"/>
        </w:rPr>
        <w:t>Em caso de inadimplemento de quaisquer das cláusulas aqui pactuadas, a parte inadimplente ficará sujeita à multa de 10% (dez por cento) sobre o valor total da venda, além das perdas e danos.</w:t>
      </w:r>
    </w:p>
    <w:p/>
    <w:p>
      <w:r>
        <w:rPr>
          <w:b/>
          <w:i w:val="0"/>
          <w:sz w:val="22"/>
        </w:rPr>
        <w:t>CLÁUSULA 8ª – DO FORO</w:t>
      </w:r>
    </w:p>
    <w:p>
      <w:r>
        <w:rPr>
          <w:b w:val="0"/>
          <w:i w:val="0"/>
          <w:sz w:val="22"/>
        </w:rPr>
        <w:t>Fica eleito o foro da comarca de __________________, Estado de ________________, para dirimir quaisquer dúvidas ou controvérsias decorrentes deste contrato, com renúncia expressa a qualquer outro, por mais privilegiado que seja.</w:t>
      </w:r>
    </w:p>
    <w:p/>
    <w:p/>
    <w:p>
      <w:r>
        <w:rPr>
          <w:b w:val="0"/>
          <w:i w:val="0"/>
          <w:sz w:val="22"/>
        </w:rPr>
        <w:t>E por estarem assim justas e contratadas, assinam as partes e as testemunhas abaixo, em __ vias de igual teor, para que produza seus jurídicos e legais efeitos.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VENDEDOR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COMPRADOR</w:t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</w:t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Assinatura: ______________________________________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Assinatura: ______________________________________</w:t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____________________________________________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____________________________________________</w:t>
            </w:r>
          </w:p>
        </w:tc>
      </w:tr>
    </w:tbl>
    <w:p/>
    <w:p/>
    <w:p>
      <w:r>
        <w:rPr>
          <w:b/>
          <w:i w:val="0"/>
          <w:sz w:val="22"/>
        </w:rPr>
        <w:t>TESTEMUNHAS: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</w:t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Assinatura: ______________________________________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Assinatura: ______________________________________</w:t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____________________________________________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https://documentos-lex.com/escritura-de-compra-e-venda/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escritura-de-compra-e-vend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