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DECLARAÇÃO PARA O INSS</w:t>
      </w:r>
    </w:p>
    <w:p/>
    <w:p/>
    <w:p>
      <w:r>
        <w:rPr>
          <w:b w:val="0"/>
          <w:sz w:val="22"/>
        </w:rPr>
        <w:t>Eu, ________________________________________________________________, brasileiro(a),</w:t>
      </w:r>
    </w:p>
    <w:p>
      <w:r>
        <w:rPr>
          <w:b w:val="0"/>
          <w:sz w:val="22"/>
        </w:rPr>
        <w:t>portador(a) do CPF nº _____________________ e do RG nº ________________________,</w:t>
      </w:r>
    </w:p>
    <w:p>
      <w:r>
        <w:rPr>
          <w:b w:val="0"/>
          <w:sz w:val="22"/>
        </w:rPr>
        <w:t>residente e domiciliado(a) na _____________________________________________________,</w:t>
      </w:r>
    </w:p>
    <w:p>
      <w:r>
        <w:rPr>
          <w:b w:val="0"/>
          <w:sz w:val="22"/>
        </w:rPr>
        <w:t>declaro para os devidos fins que:</w:t>
      </w:r>
    </w:p>
    <w:p/>
    <w:p>
      <w:r>
        <w:rPr>
          <w:b w:val="0"/>
          <w:sz w:val="22"/>
        </w:rPr>
        <w:t>1. Durante o período compreendido entre ___/___/______ e ___/___/______, exerci</w:t>
      </w:r>
    </w:p>
    <w:p>
      <w:r>
        <w:rPr>
          <w:b w:val="0"/>
          <w:sz w:val="22"/>
        </w:rPr>
        <w:t>atividade laborativa na função de ________________________________________________,</w:t>
      </w:r>
    </w:p>
    <w:p>
      <w:r>
        <w:rPr>
          <w:b w:val="0"/>
          <w:sz w:val="22"/>
        </w:rPr>
        <w:t>na empresa ________________________________________________________________,</w:t>
      </w:r>
    </w:p>
    <w:p>
      <w:r>
        <w:rPr>
          <w:b w:val="0"/>
          <w:sz w:val="22"/>
        </w:rPr>
        <w:t>CNPJ nº ____________________________, situada no endereço ___________________________,</w:t>
      </w:r>
    </w:p>
    <w:p>
      <w:r>
        <w:rPr>
          <w:b w:val="0"/>
          <w:sz w:val="22"/>
        </w:rPr>
        <w:t>conforme documentos comprobatórios anexos.</w:t>
      </w:r>
    </w:p>
    <w:p/>
    <w:p>
      <w:r>
        <w:rPr>
          <w:b w:val="0"/>
          <w:sz w:val="22"/>
        </w:rPr>
        <w:t>2. A referida atividade laborativa envolveu as seguintes atribuições e condições:</w:t>
      </w:r>
    </w:p>
    <w:p>
      <w:r>
        <w:rPr>
          <w:b w:val="0"/>
          <w:sz w:val="22"/>
        </w:rPr>
        <w:t>_________________________________________________________________________________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_________________________________________________________________________________.</w:t>
      </w:r>
    </w:p>
    <w:p/>
    <w:p>
      <w:r>
        <w:rPr>
          <w:b w:val="0"/>
          <w:sz w:val="22"/>
        </w:rPr>
        <w:t>3. Declaro que durante o período mencionado acima, minhas contribuições previdenciárias</w:t>
      </w:r>
    </w:p>
    <w:p>
      <w:r>
        <w:rPr>
          <w:b w:val="0"/>
          <w:sz w:val="22"/>
        </w:rPr>
        <w:t>foram devidamente recolhidas pela empresa, estando em dia junto ao INSS, conforme</w:t>
      </w:r>
    </w:p>
    <w:p>
      <w:r>
        <w:rPr>
          <w:b w:val="0"/>
          <w:sz w:val="22"/>
        </w:rPr>
        <w:t>comprovantes anexos.</w:t>
      </w:r>
    </w:p>
    <w:p/>
    <w:p>
      <w:r>
        <w:rPr>
          <w:b w:val="0"/>
          <w:sz w:val="22"/>
        </w:rPr>
        <w:t>4. Esta declaração é feita para fins de comprovação de tempo de serviço e contribuição</w:t>
      </w:r>
    </w:p>
    <w:p>
      <w:r>
        <w:rPr>
          <w:b w:val="0"/>
          <w:sz w:val="22"/>
        </w:rPr>
        <w:t>junto ao Instituto Nacional do Seguro Social – INSS, para fins de aposentadoria,</w:t>
      </w:r>
    </w:p>
    <w:p>
      <w:r>
        <w:rPr>
          <w:b w:val="0"/>
          <w:sz w:val="22"/>
        </w:rPr>
        <w:t>benefícios previdenciários e demais direitos previstos na legislação vigente.</w:t>
      </w:r>
    </w:p>
    <w:p/>
    <w:p>
      <w:r>
        <w:rPr>
          <w:b w:val="0"/>
          <w:sz w:val="22"/>
        </w:rPr>
        <w:t>5. Estou ciente de que a presente declaração é verdadeira e que eventuais informações</w:t>
      </w:r>
    </w:p>
    <w:p>
      <w:r>
        <w:rPr>
          <w:b w:val="0"/>
          <w:sz w:val="22"/>
        </w:rPr>
        <w:t>falsas poderão implicar sanções legais conforme dispõe o Código Penal Brasileiro.</w:t>
      </w:r>
    </w:p>
    <w:p/>
    <w:p>
      <w:r>
        <w:rPr>
          <w:b w:val="0"/>
          <w:sz w:val="22"/>
        </w:rPr>
        <w:t>Sem mais para o momento, firmo a presente declaração para que produza os efeitos</w:t>
      </w:r>
    </w:p>
    <w:p>
      <w:r>
        <w:rPr>
          <w:b w:val="0"/>
          <w:sz w:val="22"/>
        </w:rPr>
        <w:t>legais necessários.</w:t>
      </w:r>
    </w:p>
    <w:p/>
    <w:p>
      <w:r>
        <w:rPr>
          <w:b w:val="0"/>
          <w:sz w:val="22"/>
        </w:rPr>
        <w:t>______________________________________________</w:t>
      </w:r>
    </w:p>
    <w:p>
      <w:r>
        <w:rPr>
          <w:b w:val="0"/>
          <w:sz w:val="22"/>
        </w:rPr>
        <w:t>Local</w:t>
      </w:r>
    </w:p>
    <w:p/>
    <w:p>
      <w:r>
        <w:rPr>
          <w:b w:val="0"/>
          <w:sz w:val="22"/>
        </w:rPr>
        <w:t>______________________________________________</w:t>
      </w:r>
    </w:p>
    <w:p>
      <w:r>
        <w:rPr>
          <w:b w:val="0"/>
          <w:sz w:val="22"/>
        </w:rPr>
        <w:t>Assinatura do(a) Declarante</w:t>
      </w:r>
    </w:p>
    <w:p/>
    <w:p>
      <w:r>
        <w:rPr>
          <w:b w:val="0"/>
          <w:sz w:val="22"/>
        </w:rPr>
        <w:t>______________________________________________</w:t>
      </w:r>
    </w:p>
    <w:p>
      <w:r>
        <w:rPr>
          <w:b w:val="0"/>
          <w:sz w:val="22"/>
        </w:rPr>
        <w:t>CPF</w:t>
      </w:r>
    </w:p>
    <w:p/>
    <w:p>
      <w:r>
        <w:rPr>
          <w:b w:val="0"/>
          <w:sz w:val="22"/>
        </w:rPr>
        <w:t>______________________________________________</w:t>
      </w:r>
    </w:p>
    <w:p>
      <w:r>
        <w:rPr>
          <w:b w:val="0"/>
          <w:sz w:val="22"/>
        </w:rPr>
        <w:t>RG</w:t>
      </w:r>
    </w:p>
    <w:p/>
    <w:p>
      <w:r>
        <w:rPr>
          <w:b w:val="0"/>
          <w:sz w:val="22"/>
        </w:rPr>
        <w:t>Testemunhas:</w:t>
      </w:r>
    </w:p>
    <w:p/>
    <w:p>
      <w:r>
        <w:rPr>
          <w:b w:val="0"/>
          <w:sz w:val="22"/>
        </w:rPr>
        <w:t>1. Nome: ______________________________________ Assinatura: ______________________</w:t>
      </w:r>
    </w:p>
    <w:p>
      <w:r>
        <w:rPr>
          <w:b w:val="0"/>
          <w:sz w:val="22"/>
        </w:rPr>
        <w:t xml:space="preserve">   CPF: _______________________</w:t>
      </w:r>
    </w:p>
    <w:p/>
    <w:p>
      <w:r>
        <w:rPr>
          <w:b w:val="0"/>
          <w:sz w:val="22"/>
        </w:rPr>
        <w:t>2. Nome: ______________________________________ Assinatura: ______________________</w:t>
      </w:r>
    </w:p>
    <w:p>
      <w:r>
        <w:rPr>
          <w:b w:val="0"/>
          <w:sz w:val="22"/>
        </w:rPr>
        <w:t xml:space="preserve">   CPF: _______________________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https://documentos-lex.com/declaracao-para-o-inss/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https://documentos-lex.com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documentos-lex.com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os-lex.com/declaracao-para-o-inss/" TargetMode="External"/><Relationship Id="rId10" Type="http://schemas.openxmlformats.org/officeDocument/2006/relationships/hyperlink" Target="https://documentos-lex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