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QUITAÇÃO</w:t>
      </w:r>
    </w:p>
    <w:p/>
    <w:p/>
    <w:p>
      <w:r>
        <w:rPr>
          <w:b w:val="0"/>
          <w:sz w:val="22"/>
        </w:rPr>
        <w:t>Eu, ________________________________________________________, brasileiro(a), portador(a) do CPF nº ____________________, residente e domiciliado(a) à ________________________________________________________________, declaro, para os devidos fins, que recebi da empresa ________________________________________________________, inscrita no CNPJ sob nº ____________________, com sede à ________________________________________________________________, a quantia total de R$ _____________________________ (______________________________________________________________),</w:t>
      </w:r>
    </w:p>
    <w:p>
      <w:r>
        <w:rPr>
          <w:b w:val="0"/>
          <w:sz w:val="22"/>
        </w:rPr>
        <w:t>a título de quitação geral e irrevogável de todas as verbas trabalhistas e demais direitos decorrentes do contrato de trabalho mantido entre as partes, incluindo, mas não se limitando a:</w:t>
      </w:r>
    </w:p>
    <w:p/>
    <w:p>
      <w:r>
        <w:rPr>
          <w:b w:val="0"/>
          <w:sz w:val="22"/>
        </w:rPr>
        <w:t>- Saldo de salário;</w:t>
      </w:r>
    </w:p>
    <w:p>
      <w:r>
        <w:rPr>
          <w:b w:val="0"/>
          <w:sz w:val="22"/>
        </w:rPr>
        <w:t>- Aviso prévio;</w:t>
      </w:r>
    </w:p>
    <w:p>
      <w:r>
        <w:rPr>
          <w:b w:val="0"/>
          <w:sz w:val="22"/>
        </w:rPr>
        <w:t>- Férias vencidas e proporcionais, acrescidas do terço constitucional;</w:t>
      </w:r>
    </w:p>
    <w:p>
      <w:r>
        <w:rPr>
          <w:b w:val="0"/>
          <w:sz w:val="22"/>
        </w:rPr>
        <w:t>- 13º salário proporcional;</w:t>
      </w:r>
    </w:p>
    <w:p>
      <w:r>
        <w:rPr>
          <w:b w:val="0"/>
          <w:sz w:val="22"/>
        </w:rPr>
        <w:t>- FGTS com a multa de 40%;</w:t>
      </w:r>
    </w:p>
    <w:p>
      <w:r>
        <w:rPr>
          <w:b w:val="0"/>
          <w:sz w:val="22"/>
        </w:rPr>
        <w:t>- Horas extras e seus reflexos;</w:t>
      </w:r>
    </w:p>
    <w:p>
      <w:r>
        <w:rPr>
          <w:b w:val="0"/>
          <w:sz w:val="22"/>
        </w:rPr>
        <w:t>- Adicionais legais (noturno, insalubridade, periculosidade);</w:t>
      </w:r>
    </w:p>
    <w:p>
      <w:r>
        <w:rPr>
          <w:b w:val="0"/>
          <w:sz w:val="22"/>
        </w:rPr>
        <w:t>- Multas previstas na legislação trabalhista;</w:t>
      </w:r>
    </w:p>
    <w:p>
      <w:r>
        <w:rPr>
          <w:b w:val="0"/>
          <w:sz w:val="22"/>
        </w:rPr>
        <w:t>- Indenizações e demais verbas devidas.</w:t>
      </w:r>
    </w:p>
    <w:p/>
    <w:p>
      <w:r>
        <w:rPr>
          <w:b w:val="0"/>
          <w:sz w:val="22"/>
        </w:rPr>
        <w:t>Declaro, ainda, que nada mais tenho a reclamar judicial ou extrajudicialmente a respeito do vínculo empregatício ora quitado, renunciando a quaisquer direitos, ações ou reivindicações futuras relacionadas ao contrato de trabalho que mantive com a referida empresa.</w:t>
      </w:r>
    </w:p>
    <w:p/>
    <w:p/>
    <w:p>
      <w:r>
        <w:rPr>
          <w:b w:val="0"/>
          <w:sz w:val="22"/>
        </w:rPr>
        <w:t>Por ser verdade, firmo a presente declaração para que produza seus efeitos legais.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____________________________________________________________</w:t>
      </w:r>
    </w:p>
    <w:p>
      <w:pPr>
        <w:jc w:val="center"/>
      </w:pPr>
      <w:r>
        <w:rPr>
          <w:b w:val="0"/>
          <w:sz w:val="22"/>
        </w:rPr>
        <w:t>Assinatura do(a) Empregado(a)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____________________________________________________________</w:t>
      </w:r>
    </w:p>
    <w:p>
      <w:pPr>
        <w:jc w:val="center"/>
      </w:pPr>
      <w:r>
        <w:rPr>
          <w:b w:val="0"/>
          <w:sz w:val="22"/>
        </w:rPr>
        <w:t>Assinatura do Representante da Empresa</w:t>
      </w:r>
    </w:p>
    <w:p/>
    <w:p/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Nome: ________________________________________________</w:t>
      </w:r>
    </w:p>
    <w:p>
      <w:r>
        <w:rPr>
          <w:b w:val="0"/>
          <w:sz w:val="22"/>
        </w:rPr>
        <w:t>CPF: _________________________________________________</w:t>
      </w:r>
    </w:p>
    <w:p>
      <w:r>
        <w:rPr>
          <w:b w:val="0"/>
          <w:sz w:val="22"/>
        </w:rPr>
        <w:t>Assinatura: __________________________________________</w:t>
      </w:r>
    </w:p>
    <w:p/>
    <w:p>
      <w:r>
        <w:rPr>
          <w:b w:val="0"/>
          <w:sz w:val="22"/>
        </w:rPr>
        <w:t>Nome: ________________________________________________</w:t>
      </w:r>
    </w:p>
    <w:p>
      <w:r>
        <w:rPr>
          <w:b w:val="0"/>
          <w:sz w:val="22"/>
        </w:rPr>
        <w:t>CPF: _________________________________________________</w:t>
      </w:r>
    </w:p>
    <w:p>
      <w:r>
        <w:rPr>
          <w:b w:val="0"/>
          <w:sz w:val="22"/>
        </w:rPr>
        <w:t>Assinatura: 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https://documentos-lex.com/declaracao-de-quitacao/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declaracao-de-quitaca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