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CONVOCAÇÃO DE ASSEMBLEIA GERAL EXTRAORDINÁRIA</w:t>
      </w:r>
    </w:p>
    <w:p/>
    <w:p/>
    <w:p>
      <w:r>
        <w:rPr>
          <w:b w:val="0"/>
          <w:sz w:val="20"/>
        </w:rPr>
        <w:t>Pelo presente instrumento, o(a) abaixo assinado(a), na qualidade de administrador(a)/síndico(a)/presidente do(a) ________________________________________________________________ (nome da empresa, condomínio, associação ou entidade), inscrito(a) no CNPJ/CPF sob nº ____________________________, com sede na ________________________________________________, convoca os(as) senhores(as) associados(as)/condôminos(as)/sócios(as) para Assembleia Geral Extraordinária a ser realizada no dia ________ (dia), do mês de ____________________, do ano de ________, às ______ horas, no(a) local ________________________________________________________________, com a seguinte ordem do dia:</w:t>
      </w:r>
    </w:p>
    <w:p/>
    <w:p>
      <w:r>
        <w:rPr>
          <w:b w:val="0"/>
          <w:sz w:val="20"/>
        </w:rPr>
        <w:t>1. Deliberação sobre ________________________________________________________________;</w:t>
      </w:r>
    </w:p>
    <w:p>
      <w:r>
        <w:rPr>
          <w:b w:val="0"/>
          <w:sz w:val="20"/>
        </w:rPr>
        <w:t>2. Aprovação de _________________________________________________________________;</w:t>
      </w:r>
    </w:p>
    <w:p>
      <w:r>
        <w:rPr>
          <w:b w:val="0"/>
          <w:sz w:val="20"/>
        </w:rPr>
        <w:t>3. Eleição e/ou destituição de ___________________________________________________;</w:t>
      </w:r>
    </w:p>
    <w:p>
      <w:r>
        <w:rPr>
          <w:b w:val="0"/>
          <w:sz w:val="20"/>
        </w:rPr>
        <w:t>4. Alteração do estatuto social/regimento interno, conforme proposta anexa;</w:t>
      </w:r>
    </w:p>
    <w:p>
      <w:r>
        <w:rPr>
          <w:b w:val="0"/>
          <w:sz w:val="20"/>
        </w:rPr>
        <w:t>5. Outros assuntos de interesse geral relacionados a ________________________________________________________________.</w:t>
      </w:r>
    </w:p>
    <w:p/>
    <w:p>
      <w:r>
        <w:rPr>
          <w:b/>
          <w:sz w:val="22"/>
        </w:rPr>
        <w:t>QUÓRUM</w:t>
      </w:r>
    </w:p>
    <w:p>
      <w:r>
        <w:rPr>
          <w:b w:val="0"/>
          <w:sz w:val="20"/>
        </w:rPr>
        <w:t>Informamos que, conforme previsto no estatuto social/regimento interno, o quórum para instalação da Assembleia Geral Extraordinária será de _______________ (especificar quórum, ex.: maioria simples, 2/3 dos presentes, etc.). Caso não seja atingido o quórum necessário, a Assembleia será realizada em segunda convocação às ______ horas do mesmo dia, com qualquer número de presentes.</w:t>
      </w:r>
    </w:p>
    <w:p/>
    <w:p>
      <w:r>
        <w:rPr>
          <w:b/>
          <w:sz w:val="22"/>
        </w:rPr>
        <w:t>ORIENTAÇÕES IMPORTANTES</w:t>
      </w:r>
    </w:p>
    <w:p>
      <w:r>
        <w:rPr>
          <w:b w:val="0"/>
          <w:sz w:val="20"/>
        </w:rPr>
        <w:t>• Solicitamos a pontualidade para assegurar o início dos trabalhos no horário marcado;</w:t>
      </w:r>
    </w:p>
    <w:p>
      <w:r>
        <w:rPr>
          <w:b w:val="0"/>
          <w:sz w:val="20"/>
        </w:rPr>
        <w:t>• Os(as) senhores(as) poderão se fazer representar por procurador(a) devidamente constituído(a), mediante apresentação de procuração com poderes específicos;</w:t>
      </w:r>
    </w:p>
    <w:p>
      <w:r>
        <w:rPr>
          <w:b w:val="0"/>
          <w:sz w:val="20"/>
        </w:rPr>
        <w:t>• A participação na Assembleia é fundamental para o bom andamento da entidade e o atendimento dos interesses comuns;</w:t>
      </w:r>
    </w:p>
    <w:p>
      <w:r>
        <w:rPr>
          <w:b w:val="0"/>
          <w:sz w:val="20"/>
        </w:rPr>
        <w:t>• Caso deseje incluir algum assunto para deliberação, deverá encaminhar a solicitação por escrito até ________ dias antes da data marcada da Assembleia.</w:t>
      </w:r>
    </w:p>
    <w:p/>
    <w:p>
      <w:r>
        <w:rPr>
          <w:b w:val="0"/>
          <w:sz w:val="20"/>
        </w:rPr>
        <w:t>Sem mais para o momento, renovamos nossos votos de estima e consideração.</w:t>
      </w:r>
    </w:p>
    <w:p/>
    <w:p/>
    <w:p>
      <w:r>
        <w:rPr>
          <w:b w:val="0"/>
          <w:sz w:val="20"/>
        </w:rPr>
        <w:t>Local: _____________________________________________</w:t>
      </w:r>
    </w:p>
    <w:p>
      <w:r>
        <w:rPr>
          <w:b w:val="0"/>
          <w:sz w:val="20"/>
        </w:rPr>
        <w:t>Data: ______________________________________________</w:t>
      </w:r>
    </w:p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do(a) convocante</w:t>
      </w:r>
    </w:p>
    <w:p>
      <w:r>
        <w:rPr>
          <w:b w:val="0"/>
          <w:sz w:val="20"/>
        </w:rPr>
        <w:t>Cargo/Função</w:t>
      </w:r>
    </w:p>
    <w:p>
      <w:r>
        <w:rPr>
          <w:b w:val="0"/>
          <w:sz w:val="20"/>
        </w:rPr>
        <w:t>CPF/CNPJ nº ___________________________</w:t>
      </w:r>
    </w:p>
    <w:p>
      <w:r>
        <w:rPr>
          <w:b w:val="0"/>
          <w:sz w:val="20"/>
        </w:rPr>
        <w:t>Contato: 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https://documentos-lex.com/convocacao-de-assembleia/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vocacao-de-assemblei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