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PARTICULAR DE CESSÃO DE DIREITOS HEREDITÁRIOS SOBRE IMÓVEL</w:t>
      </w:r>
    </w:p>
    <w:p/>
    <w:p/>
    <w:p>
      <w:pPr>
        <w:jc w:val="both"/>
      </w:pPr>
      <w:r>
        <w:rPr>
          <w:b/>
          <w:sz w:val="22"/>
        </w:rPr>
        <w:t>Pelo presente instrumento particular, de um lado, como CEDENTE(s):</w:t>
      </w:r>
    </w:p>
    <w:p/>
    <w:p>
      <w:pPr>
        <w:jc w:val="both"/>
      </w:pPr>
      <w:r>
        <w:rPr>
          <w:b/>
          <w:sz w:val="22"/>
        </w:rPr>
        <w:t>______________________________________________, brasileiro(a), estado civil _______, profissão ___________________, portador(a) do RG nº __________________ e CPF nº ____________________, residente e domiciliado(a) à ________________________________________________, e, de outro lado, como CESSIONÁRIO(s):</w:t>
      </w:r>
    </w:p>
    <w:p/>
    <w:p>
      <w:pPr>
        <w:jc w:val="both"/>
      </w:pPr>
      <w:r>
        <w:rPr>
          <w:b w:val="0"/>
          <w:sz w:val="22"/>
        </w:rPr>
        <w:t>______________________________________________, brasileiro(a), estado civil _______, profissão ___________________, portador(a) do RG nº __________________ e CPF nº ____________________, residente e domiciliado(a) à ________________________________________________,</w:t>
      </w:r>
    </w:p>
    <w:p/>
    <w:p>
      <w:pPr>
        <w:jc w:val="both"/>
      </w:pPr>
      <w:r>
        <w:rPr>
          <w:b/>
          <w:sz w:val="22"/>
        </w:rPr>
        <w:t>têm entre si, justos e contratados, o que segue, mediante as cláusulas e condições abaixo:</w:t>
      </w:r>
    </w:p>
    <w:p/>
    <w:p>
      <w:pPr>
        <w:jc w:val="both"/>
      </w:pPr>
      <w:r>
        <w:rPr>
          <w:b/>
          <w:sz w:val="22"/>
        </w:rPr>
        <w:t>CLÁUSULA PRIMEIRA – DO OBJETO</w:t>
      </w:r>
    </w:p>
    <w:p>
      <w:pPr>
        <w:jc w:val="both"/>
      </w:pPr>
      <w:r>
        <w:rPr>
          <w:b w:val="0"/>
          <w:sz w:val="22"/>
        </w:rPr>
        <w:t>O presente contrato tem por objeto a cessão, pelo(s) CEDENTE(s) ao(s) CESSIONÁRIO(s), dos direitos hereditários que lhes competem sobre o imóvel abaixo descrito, integrante do espólio de ________________________________________, falecido(a) em __/__/____, conforme processo de inventário nº ____________________, em trâmite na __ Vara de Família e Sucessões da Comarca de __________________________.</w:t>
      </w:r>
    </w:p>
    <w:p/>
    <w:p>
      <w:pPr>
        <w:jc w:val="both"/>
      </w:pPr>
      <w:r>
        <w:rPr>
          <w:b/>
          <w:sz w:val="22"/>
        </w:rPr>
        <w:t>Descrição do imóvel:</w:t>
      </w:r>
    </w:p>
    <w:p>
      <w:pPr>
        <w:jc w:val="both"/>
      </w:pPr>
      <w:r>
        <w:rPr>
          <w:b w:val="0"/>
          <w:sz w:val="22"/>
        </w:rPr>
        <w:t>__________________________________________________________________________________________</w:t>
      </w:r>
    </w:p>
    <w:p>
      <w:pPr>
        <w:jc w:val="both"/>
      </w:pPr>
      <w:r>
        <w:rPr>
          <w:b w:val="0"/>
          <w:sz w:val="22"/>
        </w:rPr>
        <w:t>__________________________________________________________________________________________</w:t>
      </w:r>
    </w:p>
    <w:p>
      <w:pPr>
        <w:jc w:val="both"/>
      </w:pPr>
      <w:r>
        <w:rPr>
          <w:b w:val="0"/>
          <w:sz w:val="22"/>
        </w:rPr>
        <w:t>Registro de Imóveis: ____________________________________; Matrícula nº ____________________.</w:t>
      </w:r>
    </w:p>
    <w:p/>
    <w:p>
      <w:pPr>
        <w:jc w:val="both"/>
      </w:pPr>
      <w:r>
        <w:rPr>
          <w:b/>
          <w:sz w:val="22"/>
        </w:rPr>
        <w:t>CLÁUSULA SEGUNDA – DA CESSÃO</w:t>
      </w:r>
    </w:p>
    <w:p>
      <w:pPr>
        <w:jc w:val="both"/>
      </w:pPr>
      <w:r>
        <w:rPr>
          <w:b w:val="0"/>
          <w:sz w:val="22"/>
        </w:rPr>
        <w:t>O(s) CEDENTE(s) cede(m) e transfere(m), neste ato, ao(s) CESSIONÁRIO(s), todos os direitos hereditários que lhes competem sobre o imóvel descrito na Cláusula Primeira, com todos os seus acessórios, direitos e ações que lhes forem inerentes.</w:t>
      </w:r>
    </w:p>
    <w:p/>
    <w:p>
      <w:pPr>
        <w:jc w:val="both"/>
      </w:pPr>
      <w:r>
        <w:rPr>
          <w:b/>
          <w:sz w:val="22"/>
        </w:rPr>
        <w:t>CLÁUSULA TERCEIRA – DO PREÇO E FORMA DE PAGAMENTO</w:t>
      </w:r>
    </w:p>
    <w:p>
      <w:pPr>
        <w:jc w:val="both"/>
      </w:pPr>
      <w:r>
        <w:rPr>
          <w:b w:val="0"/>
          <w:sz w:val="22"/>
        </w:rPr>
        <w:t>A cessão ora ajustada é feita pelo valor certo e ajustado de R$ __________________________ (______________________________), que o(s) CESSIONÁRIO(s) declara(m) ter recebido(m) neste ato, a título de pagamento integral, nada mais tendo a reclamar a esse título.</w:t>
      </w:r>
    </w:p>
    <w:p/>
    <w:p>
      <w:pPr>
        <w:jc w:val="both"/>
      </w:pPr>
      <w:r>
        <w:rPr>
          <w:b/>
          <w:sz w:val="22"/>
        </w:rPr>
        <w:t>CLÁUSULA QUARTA – DAS OBRIGAÇÕES DO CEDENTE</w:t>
      </w:r>
    </w:p>
    <w:p>
      <w:pPr>
        <w:jc w:val="both"/>
      </w:pPr>
      <w:r>
        <w:rPr>
          <w:b w:val="0"/>
          <w:sz w:val="22"/>
        </w:rPr>
        <w:t>O(s) CEDENTE(s) declara(m) que os direitos hereditários objeto deste contrato são legítimos, livres e desembaraçados de quaisquer ônus, gravames, dívidas ou litígios que possam afetá-los, responsabilizando-se pela evicção e pela veracidade das informações prestadas.</w:t>
      </w:r>
    </w:p>
    <w:p/>
    <w:p>
      <w:pPr>
        <w:jc w:val="both"/>
      </w:pPr>
      <w:r>
        <w:rPr>
          <w:b/>
          <w:sz w:val="22"/>
        </w:rPr>
        <w:t>CLÁUSULA QUINTA – DAS OBRIGAÇÕES DO CESSIONÁRIO</w:t>
      </w:r>
    </w:p>
    <w:p>
      <w:pPr>
        <w:jc w:val="both"/>
      </w:pPr>
      <w:r>
        <w:rPr>
          <w:b w:val="0"/>
          <w:sz w:val="22"/>
        </w:rPr>
        <w:t>O(s) CESSIONÁRIO(s) assume(m) a responsabilidade por todas as despesas e impostos incidentes sobre a transmissão dos direitos hereditários ora cedidos, bem como pelos trâmites necessários para a transferência perante os órgãos competentes.</w:t>
      </w:r>
    </w:p>
    <w:p/>
    <w:p>
      <w:pPr>
        <w:jc w:val="both"/>
      </w:pPr>
      <w:r>
        <w:rPr>
          <w:b/>
          <w:sz w:val="22"/>
        </w:rPr>
        <w:t>CLÁUSULA SEXTA – DA TRANSFERÊNCIA REGISTRAL</w:t>
      </w:r>
    </w:p>
    <w:p>
      <w:pPr>
        <w:jc w:val="both"/>
      </w:pPr>
      <w:r>
        <w:rPr>
          <w:b w:val="0"/>
          <w:sz w:val="22"/>
        </w:rPr>
        <w:t>O presente contrato servirá para todos os fins legais e deverá ser levado a registro no Cartório de Registro de Imóveis competente para que produza seus efeitos perante terceiros, sendo responsabilidade do(s) CESSIONÁRIO(s) providenciar e arcar com os custos respectivos.</w:t>
      </w:r>
    </w:p>
    <w:p/>
    <w:p>
      <w:pPr>
        <w:jc w:val="both"/>
      </w:pPr>
      <w:r>
        <w:rPr>
          <w:b/>
          <w:sz w:val="22"/>
        </w:rPr>
        <w:t>CLÁUSULA SÉTIMA – DAS DISPOSIÇÕES GERAIS</w:t>
      </w:r>
    </w:p>
    <w:p>
      <w:pPr>
        <w:jc w:val="both"/>
      </w:pPr>
      <w:r>
        <w:rPr>
          <w:b w:val="0"/>
          <w:sz w:val="22"/>
        </w:rPr>
        <w:t>Este contrato obriga as partes e seus sucessores a qualquer título, não podendo ser cedido ou transferido a terceiros sem o consentimento prévio e por escrito da outra parte.</w:t>
      </w:r>
    </w:p>
    <w:p/>
    <w:p>
      <w:pPr>
        <w:jc w:val="both"/>
      </w:pPr>
      <w:r>
        <w:rPr>
          <w:b/>
          <w:sz w:val="22"/>
        </w:rPr>
        <w:t>CLÁUSULA OITAVA – DO FORO</w:t>
      </w:r>
    </w:p>
    <w:p>
      <w:pPr>
        <w:jc w:val="both"/>
      </w:pPr>
      <w:r>
        <w:rPr>
          <w:b w:val="0"/>
          <w:sz w:val="22"/>
        </w:rPr>
        <w:t>Para dirimir quaisquer dúvidas ou litígios oriundos do presente contrato, as partes elegem o foro da Comarca de ________________________, renunciando a qualquer outro, por mais privilegiado que seja.</w:t>
      </w:r>
    </w:p>
    <w:p/>
    <w:p>
      <w:pPr>
        <w:jc w:val="both"/>
      </w:pPr>
      <w:r>
        <w:rPr>
          <w:b w:val="0"/>
          <w:sz w:val="22"/>
        </w:rPr>
        <w:t>E, por estarem assim justos e contratados, assinam o presente instrumento em 2 (duas) vias de igual teor e forma, na presença das testemunhas abaixo.</w:t>
      </w:r>
    </w:p>
    <w:p/>
    <w:p>
      <w:pPr>
        <w:jc w:val="both"/>
      </w:pPr>
      <w:r>
        <w:rPr>
          <w:b w:val="0"/>
          <w:sz w:val="22"/>
        </w:rPr>
        <w:t>______________________________, ______________________</w:t>
      </w:r>
    </w:p>
    <w:p>
      <w:pPr>
        <w:jc w:val="both"/>
      </w:pPr>
      <w:r>
        <w:rPr>
          <w:b w:val="0"/>
          <w:sz w:val="22"/>
        </w:rPr>
        <w:t>Local e Data</w:t>
      </w:r>
    </w:p>
    <w:p/>
    <w:p>
      <w:pPr>
        <w:jc w:val="both"/>
      </w:pPr>
      <w:r>
        <w:rPr>
          <w:b/>
          <w:sz w:val="22"/>
        </w:rPr>
        <w:t>CEDENTE(s):</w:t>
      </w:r>
    </w:p>
    <w:p>
      <w:pPr>
        <w:jc w:val="both"/>
      </w:pPr>
      <w:r>
        <w:rPr>
          <w:b w:val="0"/>
          <w:sz w:val="22"/>
        </w:rPr>
        <w:t>______________________________________________</w:t>
      </w:r>
    </w:p>
    <w:p>
      <w:pPr>
        <w:jc w:val="both"/>
      </w:pPr>
      <w:r>
        <w:rPr>
          <w:b w:val="0"/>
          <w:sz w:val="22"/>
        </w:rPr>
        <w:t>Nome e assinatura</w:t>
      </w:r>
    </w:p>
    <w:p/>
    <w:p>
      <w:pPr>
        <w:jc w:val="both"/>
      </w:pPr>
      <w:r>
        <w:rPr>
          <w:b/>
          <w:sz w:val="22"/>
        </w:rPr>
        <w:t>CESSIONÁRIO(s):</w:t>
      </w:r>
    </w:p>
    <w:p>
      <w:pPr>
        <w:jc w:val="both"/>
      </w:pPr>
      <w:r>
        <w:rPr>
          <w:b w:val="0"/>
          <w:sz w:val="22"/>
        </w:rPr>
        <w:t>______________________________________________</w:t>
      </w:r>
    </w:p>
    <w:p>
      <w:pPr>
        <w:jc w:val="both"/>
      </w:pPr>
      <w:r>
        <w:rPr>
          <w:b w:val="0"/>
          <w:sz w:val="22"/>
        </w:rPr>
        <w:t>Nome e assinatura</w:t>
      </w:r>
    </w:p>
    <w:p/>
    <w:p>
      <w:pPr>
        <w:jc w:val="both"/>
      </w:pPr>
      <w:r>
        <w:rPr>
          <w:b/>
          <w:sz w:val="22"/>
        </w:rPr>
        <w:t>TESTEMUNHAS:</w:t>
      </w:r>
    </w:p>
    <w:p>
      <w:pPr>
        <w:jc w:val="both"/>
      </w:pPr>
      <w:r>
        <w:rPr>
          <w:b w:val="0"/>
          <w:sz w:val="22"/>
        </w:rPr>
        <w:t>1) ____________________________________________</w:t>
      </w:r>
    </w:p>
    <w:p>
      <w:pPr>
        <w:jc w:val="both"/>
      </w:pPr>
      <w:r>
        <w:rPr>
          <w:b w:val="0"/>
          <w:sz w:val="22"/>
        </w:rPr>
        <w:t>Nome, RG e assinatura</w:t>
      </w:r>
    </w:p>
    <w:p/>
    <w:p>
      <w:pPr>
        <w:jc w:val="both"/>
      </w:pPr>
      <w:r>
        <w:rPr>
          <w:b w:val="0"/>
          <w:sz w:val="22"/>
        </w:rPr>
        <w:t>2) ____________________________________________</w:t>
      </w:r>
    </w:p>
    <w:p>
      <w:pPr>
        <w:jc w:val="both"/>
      </w:pPr>
      <w:r>
        <w:rPr>
          <w:b w:val="0"/>
          <w:sz w:val="22"/>
        </w:rPr>
        <w:t>Nome, RG e assinatura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https://documentos-lex.com/contrato-particular-de-cessao-de-direitos-hereditarios-sobre-imovel/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contrato-particular-de-cessao-de-direitos-hereditarios-sobre-imovel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