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 DE DIARISTA</w:t>
      </w:r>
    </w:p>
    <w:p/>
    <w:p/>
    <w:p>
      <w:r>
        <w:rPr>
          <w:b/>
          <w:sz w:val="22"/>
        </w:rPr>
        <w:t>Pelo presente instrumento particular, de um lado</w:t>
      </w:r>
    </w:p>
    <w:p>
      <w:r>
        <w:rPr>
          <w:b w:val="0"/>
          <w:sz w:val="22"/>
        </w:rPr>
        <w:t>CONTRATANTE: ________________________________________________________________, brasileiro(a), portador(a) do CPF nº ____________________, residente e domiciliado(a) à ____________________________________________________________, e de outro lado,</w:t>
      </w:r>
    </w:p>
    <w:p/>
    <w:p>
      <w:r>
        <w:rPr>
          <w:b w:val="0"/>
          <w:sz w:val="22"/>
        </w:rPr>
        <w:t>CONTRATADA: ________________________________________________________________, brasileira(o), portador(a) do CPF nº ____________________, residente e domiciliado(a) à ____________________________________________________________, doravante denominada DIARISTA;</w:t>
      </w:r>
    </w:p>
    <w:p/>
    <w:p/>
    <w:p>
      <w:r>
        <w:rPr>
          <w:b/>
          <w:sz w:val="22"/>
        </w:rPr>
        <w:t>CLÁUSULA 1ª – DO OBJETO</w:t>
      </w:r>
    </w:p>
    <w:p>
      <w:pPr>
        <w:ind w:firstLine="425"/>
      </w:pPr>
      <w:r>
        <w:rPr>
          <w:b w:val="0"/>
          <w:sz w:val="22"/>
        </w:rPr>
        <w:t>O presente contrato tem por objeto a prestação, pela DIARISTA, dos serviços de limpeza, conservação e demais atividades correlatas, no domicilio do CONTRATANTE, nos termos e condições aqui estabelecidos.</w:t>
      </w:r>
    </w:p>
    <w:p/>
    <w:p>
      <w:r>
        <w:rPr>
          <w:b/>
          <w:sz w:val="22"/>
        </w:rPr>
        <w:t>CLÁUSULA 2ª – DO LOCAL E HORÁRIO DOS SERVIÇOS</w:t>
      </w:r>
    </w:p>
    <w:p>
      <w:pPr>
        <w:ind w:firstLine="425"/>
      </w:pPr>
      <w:r>
        <w:rPr>
          <w:b w:val="0"/>
          <w:sz w:val="22"/>
        </w:rPr>
        <w:t>Os serviços serão prestados no endereço do CONTRATANTE, situado à ________________________________________________________________, com carga horária diária de até 8 (oito) horas, das ____ horas às ____ horas, em dias previamente acordados entre as partes.</w:t>
      </w:r>
    </w:p>
    <w:p/>
    <w:p>
      <w:r>
        <w:rPr>
          <w:b/>
          <w:sz w:val="22"/>
        </w:rPr>
        <w:t>CLÁUSULA 3ª – DA REMUNERAÇÃO E FORMA DE PAGAMENTO</w:t>
      </w:r>
    </w:p>
    <w:p>
      <w:pPr>
        <w:ind w:firstLine="425"/>
      </w:pPr>
      <w:r>
        <w:rPr>
          <w:b w:val="0"/>
          <w:sz w:val="22"/>
        </w:rPr>
        <w:t>O CONTRATANTE pagará à DIARISTA o valor de R$ __________ (__________________________) por dia de trabalho efetivamente prestado.</w:t>
      </w:r>
    </w:p>
    <w:p>
      <w:pPr>
        <w:ind w:firstLine="425"/>
      </w:pPr>
      <w:r>
        <w:rPr>
          <w:b w:val="0"/>
          <w:sz w:val="22"/>
        </w:rPr>
        <w:t>O pagamento será efetuado semanalmente, quinzenalmente ou mensalmente, conforme acordo entre as partes, mediante recibo emitido pela DIARISTA.</w:t>
      </w:r>
    </w:p>
    <w:p/>
    <w:p>
      <w:r>
        <w:rPr>
          <w:b/>
          <w:sz w:val="22"/>
        </w:rPr>
        <w:t>CLÁUSULA 4ª – DA NATUREZA DO VÍNCULO</w:t>
      </w:r>
    </w:p>
    <w:p>
      <w:pPr>
        <w:ind w:firstLine="425"/>
      </w:pPr>
      <w:r>
        <w:rPr>
          <w:b w:val="0"/>
          <w:sz w:val="22"/>
        </w:rPr>
        <w:t>As partes reconhecem que a prestação dos serviços objeto deste contrato não gera vínculo empregatício nem obrigação trabalhista, previdenciária ou tributária entre o CONTRATANTE e a DIARISTA, nos termos da Súmula 331 do TST e da Lei Complementar nº 150/2015.</w:t>
      </w:r>
    </w:p>
    <w:p/>
    <w:p>
      <w:r>
        <w:rPr>
          <w:b/>
          <w:sz w:val="22"/>
        </w:rPr>
        <w:t>CLÁUSULA 5ª – DAS OBRIGAÇÕES DA DIARISTA</w:t>
      </w:r>
    </w:p>
    <w:p>
      <w:pPr>
        <w:ind w:firstLine="425"/>
      </w:pPr>
      <w:r>
        <w:rPr>
          <w:b w:val="0"/>
          <w:sz w:val="22"/>
        </w:rPr>
        <w:t>a) Executar os serviços com zelo, diligência e cuidado, atendendo às orientações do CONTRATANTE.</w:t>
      </w:r>
    </w:p>
    <w:p>
      <w:pPr>
        <w:ind w:firstLine="425"/>
      </w:pPr>
      <w:r>
        <w:rPr>
          <w:b w:val="0"/>
          <w:sz w:val="22"/>
        </w:rPr>
        <w:t>b) Comunicar ao CONTRATANTE qualquer fato que possa comprometer a execução dos serviços.</w:t>
      </w:r>
    </w:p>
    <w:p>
      <w:pPr>
        <w:ind w:firstLine="425"/>
      </w:pPr>
      <w:r>
        <w:rPr>
          <w:b w:val="0"/>
          <w:sz w:val="22"/>
        </w:rPr>
        <w:t>c) Respeitar as regras internas do imóvel do CONTRATANTE, preservando a ordem e a limpeza.</w:t>
      </w:r>
    </w:p>
    <w:p/>
    <w:p>
      <w:r>
        <w:rPr>
          <w:b/>
          <w:sz w:val="22"/>
        </w:rPr>
        <w:t>CLÁUSULA 6ª – DAS OBRIGAÇÕES DO CONTRATANTE</w:t>
      </w:r>
    </w:p>
    <w:p>
      <w:pPr>
        <w:ind w:firstLine="425"/>
      </w:pPr>
      <w:r>
        <w:rPr>
          <w:b w:val="0"/>
          <w:sz w:val="22"/>
        </w:rPr>
        <w:t>a) Fornecer os materiais e produtos necessários para a execução dos serviços, salvo acordo em contrário.</w:t>
      </w:r>
    </w:p>
    <w:p>
      <w:pPr>
        <w:ind w:firstLine="425"/>
      </w:pPr>
      <w:r>
        <w:rPr>
          <w:b w:val="0"/>
          <w:sz w:val="22"/>
        </w:rPr>
        <w:t>b) Pagar pontualmente a remuneração ajustada.</w:t>
      </w:r>
    </w:p>
    <w:p>
      <w:pPr>
        <w:ind w:firstLine="425"/>
      </w:pPr>
      <w:r>
        <w:rPr>
          <w:b w:val="0"/>
          <w:sz w:val="22"/>
        </w:rPr>
        <w:t>c) Informar previamente eventuais alterações no local ou horário dos serviços.</w:t>
      </w:r>
    </w:p>
    <w:p/>
    <w:p>
      <w:r>
        <w:rPr>
          <w:b/>
          <w:sz w:val="22"/>
        </w:rPr>
        <w:t>CLÁUSULA 7ª – DA RESCISÃO</w:t>
      </w:r>
    </w:p>
    <w:p>
      <w:pPr>
        <w:ind w:firstLine="425"/>
      </w:pPr>
      <w:r>
        <w:rPr>
          <w:b w:val="0"/>
          <w:sz w:val="22"/>
        </w:rPr>
        <w:t>O presente contrato poderá ser rescindido por qualquer das partes, a qualquer tempo, mediante comunicação prévia, por escrito, com antecedência mínima de 5 (cinco) dias.</w:t>
      </w:r>
    </w:p>
    <w:p/>
    <w:p>
      <w:r>
        <w:rPr>
          <w:b/>
          <w:sz w:val="22"/>
        </w:rPr>
        <w:t>CLÁUSULA 8ª – DAS DISPOSIÇÕES GERAIS</w:t>
      </w:r>
    </w:p>
    <w:p>
      <w:pPr>
        <w:ind w:firstLine="425"/>
      </w:pPr>
      <w:r>
        <w:rPr>
          <w:b w:val="0"/>
          <w:sz w:val="22"/>
        </w:rPr>
        <w:t>Eventuais modificações neste contrato deverão ser feitas por escrito e assinadas por ambas as partes.</w:t>
      </w:r>
    </w:p>
    <w:p>
      <w:pPr>
        <w:ind w:firstLine="425"/>
      </w:pPr>
      <w:r>
        <w:rPr>
          <w:b w:val="0"/>
          <w:sz w:val="22"/>
        </w:rPr>
        <w:t>As partes elegem o foro da comarca de ____________________________, para dirimir quaisquer dúvidas ou litígios oriundos deste contrato.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CONTRATANTE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______________________________________________</w:t>
      </w:r>
    </w:p>
    <w:p>
      <w:pPr>
        <w:jc w:val="center"/>
      </w:pPr>
      <w:r>
        <w:rPr>
          <w:b w:val="0"/>
          <w:sz w:val="22"/>
        </w:rPr>
        <w:t>DIARISTA</w:t>
      </w:r>
    </w:p>
    <w:p/>
    <w:p/>
    <w:p>
      <w:r>
        <w:rPr>
          <w:b w:val="0"/>
          <w:sz w:val="22"/>
        </w:rPr>
        <w:t>Local: ___________________________________      Data: ____/____/________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https://documentos-lex.com/contrato-diarista/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diarista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