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PRESTAÇÃO DE SERVIÇOS ARTÍSTICOS</w:t>
      </w:r>
    </w:p>
    <w:p/>
    <w:p/>
    <w:p>
      <w:r>
        <w:rPr>
          <w:b/>
          <w:sz w:val="20"/>
        </w:rPr>
        <w:t xml:space="preserve">Pelo presente instrumento particular de contrato, de um lado, </w:t>
      </w:r>
    </w:p>
    <w:p>
      <w:r>
        <w:rPr>
          <w:b/>
          <w:sz w:val="20"/>
        </w:rPr>
        <w:t>PARTES CONTRATANTES:</w:t>
      </w:r>
    </w:p>
    <w:p>
      <w:r>
        <w:rPr>
          <w:b w:val="0"/>
          <w:sz w:val="20"/>
        </w:rPr>
        <w:t>CONTRATANTE: ____________________________________________________________,</w:t>
      </w:r>
    </w:p>
    <w:p>
      <w:r>
        <w:rPr>
          <w:b w:val="0"/>
          <w:sz w:val="20"/>
        </w:rPr>
        <w:t>nacionalidade: _______________, estado civil: _______________, profissão: _______________,</w:t>
      </w:r>
    </w:p>
    <w:p>
      <w:r>
        <w:rPr>
          <w:b w:val="0"/>
          <w:sz w:val="20"/>
        </w:rPr>
        <w:t>portador(a) do RG nº _______________ e CPF nº _______________, residente e domiciliado(a) à ________________________________________________________________,</w:t>
      </w:r>
    </w:p>
    <w:p>
      <w:r>
        <w:rPr>
          <w:b w:val="0"/>
          <w:sz w:val="20"/>
        </w:rPr>
        <w:t>doravante denominado(a) CONTRATANTE;</w:t>
      </w:r>
    </w:p>
    <w:p/>
    <w:p>
      <w:r>
        <w:rPr>
          <w:b w:val="0"/>
          <w:sz w:val="20"/>
        </w:rPr>
        <w:t>e, de outro lado,</w:t>
      </w:r>
    </w:p>
    <w:p>
      <w:r>
        <w:rPr>
          <w:b w:val="0"/>
          <w:sz w:val="20"/>
        </w:rPr>
        <w:t>CONTRATADO: ____________________________________________________________,</w:t>
      </w:r>
    </w:p>
    <w:p>
      <w:r>
        <w:rPr>
          <w:b w:val="0"/>
          <w:sz w:val="20"/>
        </w:rPr>
        <w:t>nome artístico: __________________________________________________________,</w:t>
      </w:r>
    </w:p>
    <w:p>
      <w:r>
        <w:rPr>
          <w:b w:val="0"/>
          <w:sz w:val="20"/>
        </w:rPr>
        <w:t>nacionalidade: _______________, estado civil: _______________, profissão: artista/entretenimento,</w:t>
      </w:r>
    </w:p>
    <w:p>
      <w:r>
        <w:rPr>
          <w:b w:val="0"/>
          <w:sz w:val="20"/>
        </w:rPr>
        <w:t>portador(a) do RG nº _______________ e CPF nº _______________, residente e domiciliado(a) à ________________________________________________________________,</w:t>
      </w:r>
    </w:p>
    <w:p>
      <w:r>
        <w:rPr>
          <w:b w:val="0"/>
          <w:sz w:val="20"/>
        </w:rPr>
        <w:t>doravante denominado(a) CONTRATADO;</w:t>
      </w:r>
    </w:p>
    <w:p/>
    <w:p/>
    <w:p>
      <w:r>
        <w:rPr>
          <w:b/>
          <w:sz w:val="22"/>
        </w:rPr>
        <w:t>1. OBJETO DO CONTRATO</w:t>
      </w:r>
    </w:p>
    <w:p>
      <w:r>
        <w:rPr>
          <w:b w:val="0"/>
          <w:sz w:val="20"/>
        </w:rPr>
        <w:t>1.1 O presente contrato tem por objeto a prestação de serviços artísticos pelo CONTRATADO, consistindo na realização de apresentação musical/show artístico no evento promovido pelo CONTRATANTE.</w:t>
      </w:r>
    </w:p>
    <w:p/>
    <w:p>
      <w:r>
        <w:rPr>
          <w:b/>
          <w:sz w:val="22"/>
        </w:rPr>
        <w:t>2. DATA, HORÁRIO E LOCAL</w:t>
      </w:r>
    </w:p>
    <w:p>
      <w:r>
        <w:rPr>
          <w:b w:val="0"/>
          <w:sz w:val="20"/>
        </w:rPr>
        <w:t>2.1 O show será realizado no dia ___/___/______, com início previsto para as ___ horas, no local ________________________________________________________________.</w:t>
      </w:r>
    </w:p>
    <w:p>
      <w:r>
        <w:rPr>
          <w:b w:val="0"/>
          <w:sz w:val="20"/>
        </w:rPr>
        <w:t>2.2 O CONTRATADO deverá comparecer ao local com antecedência mínima de ___ horas para montagem e preparação.</w:t>
      </w:r>
    </w:p>
    <w:p/>
    <w:p>
      <w:r>
        <w:rPr>
          <w:b/>
          <w:sz w:val="22"/>
        </w:rPr>
        <w:t>3. DURAÇÃO DA APRESENTAÇÃO</w:t>
      </w:r>
    </w:p>
    <w:p>
      <w:r>
        <w:rPr>
          <w:b w:val="0"/>
          <w:sz w:val="20"/>
        </w:rPr>
        <w:t>3.1 A apresentação terá duração aproximada de ___ (____) minutos, podendo ser ajustada conforme necessidade do evento e acordo entre as partes.</w:t>
      </w:r>
    </w:p>
    <w:p/>
    <w:p>
      <w:r>
        <w:rPr>
          <w:b/>
          <w:sz w:val="22"/>
        </w:rPr>
        <w:t>4. REMUNERAÇÃO E FORMA DE PAGAMENTO</w:t>
      </w:r>
    </w:p>
    <w:p>
      <w:r>
        <w:rPr>
          <w:b w:val="0"/>
          <w:sz w:val="20"/>
        </w:rPr>
        <w:t>4.1 Pela prestação dos serviços ora contratados, o CONTRATANTE pagará ao CONTRATADO o valor total de R$ ________________ (______________________________),que será pago da seguinte forma:</w:t>
      </w:r>
    </w:p>
    <w:p>
      <w:r>
        <w:rPr>
          <w:b w:val="0"/>
          <w:sz w:val="20"/>
        </w:rPr>
        <w:t>a) Sinal de R$ ________________ (______________________________), pago na assinatura deste contrato;</w:t>
      </w:r>
    </w:p>
    <w:p>
      <w:r>
        <w:rPr>
          <w:b w:val="0"/>
          <w:sz w:val="20"/>
        </w:rPr>
        <w:t>b) Saldo de R$ ________________ (______________________________), pago até o dia da apresentação, antes do início do show.</w:t>
      </w:r>
    </w:p>
    <w:p>
      <w:r>
        <w:rPr>
          <w:b w:val="0"/>
          <w:sz w:val="20"/>
        </w:rPr>
        <w:t>4.2 O pagamento será efetuado em moeda corrente nacional, mediante transferência bancária, depósito em conta ou dinheiro, conforme acordado entre as partes.</w:t>
      </w:r>
    </w:p>
    <w:p/>
    <w:p>
      <w:r>
        <w:rPr>
          <w:b/>
          <w:sz w:val="22"/>
        </w:rPr>
        <w:t>5. DESPESAS E CUSTOS</w:t>
      </w:r>
    </w:p>
    <w:p>
      <w:r>
        <w:rPr>
          <w:b w:val="0"/>
          <w:sz w:val="20"/>
        </w:rPr>
        <w:t>5.1 Ficam a cargo do CONTRATANTE todas as despesas relacionadas à infraestrutura do evento, incluindo, mas não se limitando a:</w:t>
      </w:r>
    </w:p>
    <w:p>
      <w:pPr>
        <w:pStyle w:val="ListBullet"/>
      </w:pPr>
      <w:r>
        <w:rPr>
          <w:sz w:val="20"/>
        </w:rPr>
        <w:t>a) Som, iluminação e equipamentos técnicos necessários para a apresentação;</w:t>
      </w:r>
    </w:p>
    <w:p>
      <w:pPr>
        <w:pStyle w:val="ListBullet"/>
      </w:pPr>
      <w:r>
        <w:rPr>
          <w:sz w:val="20"/>
        </w:rPr>
        <w:t>b) Transporte e hospedagem do CONTRATADO, quando necessário;</w:t>
      </w:r>
    </w:p>
    <w:p>
      <w:pPr>
        <w:pStyle w:val="ListBullet"/>
      </w:pPr>
      <w:r>
        <w:rPr>
          <w:sz w:val="20"/>
        </w:rPr>
        <w:t>c) Alimentação adequada durante o evento;</w:t>
      </w:r>
    </w:p>
    <w:p>
      <w:pPr>
        <w:pStyle w:val="ListBullet"/>
      </w:pPr>
      <w:r>
        <w:rPr>
          <w:sz w:val="20"/>
        </w:rPr>
        <w:t>d) Segurança e autorização para realização do evento conforme legislação vigente.</w:t>
      </w:r>
    </w:p>
    <w:p/>
    <w:p>
      <w:r>
        <w:rPr>
          <w:b/>
          <w:sz w:val="22"/>
        </w:rPr>
        <w:t>6. OBRIGAÇÕES DO CONTRATADO</w:t>
      </w:r>
    </w:p>
    <w:p>
      <w:r>
        <w:rPr>
          <w:b w:val="0"/>
          <w:sz w:val="20"/>
        </w:rPr>
        <w:t>6.1 São obrigações do CONTRATADO:</w:t>
      </w:r>
    </w:p>
    <w:p>
      <w:pPr>
        <w:pStyle w:val="ListBullet"/>
      </w:pPr>
      <w:r>
        <w:rPr>
          <w:sz w:val="20"/>
        </w:rPr>
        <w:t>a) Comparecer ao local na data e horário estabelecidos para a realização do show;</w:t>
      </w:r>
    </w:p>
    <w:p>
      <w:pPr>
        <w:pStyle w:val="ListBullet"/>
      </w:pPr>
      <w:r>
        <w:rPr>
          <w:sz w:val="20"/>
        </w:rPr>
        <w:t>b) Apresentar-se com profissionalismo e dentro da duração estipulada na cláusula 3;</w:t>
      </w:r>
    </w:p>
    <w:p>
      <w:pPr>
        <w:pStyle w:val="ListBullet"/>
      </w:pPr>
      <w:r>
        <w:rPr>
          <w:sz w:val="20"/>
        </w:rPr>
        <w:t>c) Responsabilizar-se pelo seu equipamento pessoal e pelos direitos autorais de suas apresentações;</w:t>
      </w:r>
    </w:p>
    <w:p>
      <w:pPr>
        <w:pStyle w:val="ListBullet"/>
      </w:pPr>
      <w:r>
        <w:rPr>
          <w:sz w:val="20"/>
        </w:rPr>
        <w:t>d) Comunicar previamente o CONTRATANTE sobre qualquer impedimento ou alteração relevante.</w:t>
      </w:r>
    </w:p>
    <w:p/>
    <w:p>
      <w:r>
        <w:rPr>
          <w:b/>
          <w:sz w:val="22"/>
        </w:rPr>
        <w:t>7. OBRIGAÇÕES DO CONTRATANTE</w:t>
      </w:r>
    </w:p>
    <w:p>
      <w:r>
        <w:rPr>
          <w:b w:val="0"/>
          <w:sz w:val="20"/>
        </w:rPr>
        <w:t>7.1 São obrigações do CONTRATANTE:</w:t>
      </w:r>
    </w:p>
    <w:p>
      <w:pPr>
        <w:pStyle w:val="ListBullet"/>
      </w:pPr>
      <w:r>
        <w:rPr>
          <w:sz w:val="20"/>
        </w:rPr>
        <w:t>a) Fornecer toda a infraestrutura necessária para a realização do show;</w:t>
      </w:r>
    </w:p>
    <w:p>
      <w:pPr>
        <w:pStyle w:val="ListBullet"/>
      </w:pPr>
      <w:r>
        <w:rPr>
          <w:sz w:val="20"/>
        </w:rPr>
        <w:t>b) Efetuar o pagamento nas condições e prazos previstos neste contrato;</w:t>
      </w:r>
    </w:p>
    <w:p>
      <w:pPr>
        <w:pStyle w:val="ListBullet"/>
      </w:pPr>
      <w:r>
        <w:rPr>
          <w:sz w:val="20"/>
        </w:rPr>
        <w:t>c) Obter todas as autorizações legais para realização do evento;</w:t>
      </w:r>
    </w:p>
    <w:p>
      <w:pPr>
        <w:pStyle w:val="ListBullet"/>
      </w:pPr>
      <w:r>
        <w:rPr>
          <w:sz w:val="20"/>
        </w:rPr>
        <w:t>d) Garantir condições adequadas de segurança para o CONTRATADO e público presente.</w:t>
      </w:r>
    </w:p>
    <w:p/>
    <w:p>
      <w:r>
        <w:rPr>
          <w:b/>
          <w:sz w:val="22"/>
        </w:rPr>
        <w:t>8. CANCELAMENTO E RESCISÃO</w:t>
      </w:r>
    </w:p>
    <w:p>
      <w:r>
        <w:rPr>
          <w:b w:val="0"/>
          <w:sz w:val="20"/>
        </w:rPr>
        <w:t>8.1 Em caso de cancelamento por parte do CONTRATANTE, este deverá comunicar ao CONTRATADO com antecedência mínima de ___ dias.</w:t>
      </w:r>
    </w:p>
    <w:p>
      <w:r>
        <w:rPr>
          <w:b w:val="0"/>
          <w:sz w:val="20"/>
        </w:rPr>
        <w:t>8.2 Se o cancelamento ocorrer fora do prazo previsto, o CONTRATANTE pagará ao CONTRATADO uma multa equivalente a ___% do valor total contratado.</w:t>
      </w:r>
    </w:p>
    <w:p>
      <w:r>
        <w:rPr>
          <w:b w:val="0"/>
          <w:sz w:val="20"/>
        </w:rPr>
        <w:t>8.3 O CONTRATADO poderá rescindir o contrato se houver descumprimento das obrigações pelo CONTRATANTE, mediante notificação prévia.</w:t>
      </w:r>
    </w:p>
    <w:p/>
    <w:p>
      <w:r>
        <w:rPr>
          <w:b/>
          <w:sz w:val="22"/>
        </w:rPr>
        <w:t>9. DIREITOS AUTORAIS E DE IMAGEM</w:t>
      </w:r>
    </w:p>
    <w:p>
      <w:r>
        <w:rPr>
          <w:b w:val="0"/>
          <w:sz w:val="20"/>
        </w:rPr>
        <w:t>9.1 O CONTRATADO declara possuir todos os direitos autorais sobre o repertório apresentado e responsabiliza-se por quaisquer ônus relacionados.</w:t>
      </w:r>
    </w:p>
    <w:p>
      <w:r>
        <w:rPr>
          <w:b w:val="0"/>
          <w:sz w:val="20"/>
        </w:rPr>
        <w:t>9.2 O CONTRATANTE poderá utilizar imagens e vídeos da apresentação para divulgação do evento, respeitando os direitos de imagem do CONTRATADO, que poderá autorizar previamente o uso para outras finalidades.</w:t>
      </w:r>
    </w:p>
    <w:p/>
    <w:p>
      <w:r>
        <w:rPr>
          <w:b/>
          <w:sz w:val="22"/>
        </w:rPr>
        <w:t>10. FORO</w:t>
      </w:r>
    </w:p>
    <w:p>
      <w:r>
        <w:rPr>
          <w:b w:val="0"/>
          <w:sz w:val="20"/>
        </w:rPr>
        <w:t>10.1 Para dirimir quaisquer controvérsias oriundas deste contrato, as partes elegem o foro da comarca de ____________________, Estado ____, renunciando a qualquer outro, por mais privilegiado que seja.</w:t>
      </w:r>
    </w:p>
    <w:p/>
    <w:p/>
    <w:p>
      <w:r>
        <w:rPr>
          <w:b w:val="0"/>
          <w:sz w:val="20"/>
        </w:rPr>
        <w:t>E por estarem assim justos e contratados, firmam o presente contrato em 2 (duas) vias de igual teor e forma, para um só efeito, na presença das testemunhas abaixo.</w:t>
      </w:r>
    </w:p>
    <w:p/>
    <w:p/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CONTRATANTE: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CONTRATADO: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t>_____________________________</w:t>
              <w:br/>
              <w:t>Nome: _________________________</w:t>
              <w:br/>
              <w:t>CPF: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t>_____________________________</w:t>
              <w:br/>
              <w:t>Nome: _________________________</w:t>
              <w:br/>
              <w:t>CPF: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Testemunha 1:</w:t>
              <w:br/>
              <w:t>Nome: __________________________</w:t>
              <w:br/>
              <w:t>CPF: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Testemunha 2:</w:t>
              <w:br/>
              <w:t>Nome: __________________________</w:t>
              <w:br/>
              <w:t>CPF: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https://documentos-lex.com/contrato-de-show/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contrato-de-show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