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PRESTAÇÃO DE SERVIÇOS</w:t>
      </w:r>
    </w:p>
    <w:p/>
    <w:p>
      <w:r>
        <w:rPr>
          <w:b w:val="0"/>
          <w:sz w:val="20"/>
        </w:rPr>
        <w:t>CONTRATANTE: ____________________________________________________________, pessoa física/jurídica, inscrito(a) no CPF/CNPJ sob nº ________________, com endereço à ________________________________________________________________.</w:t>
      </w:r>
    </w:p>
    <w:p>
      <w:r>
        <w:rPr>
          <w:b w:val="0"/>
          <w:sz w:val="20"/>
        </w:rPr>
        <w:t>CONTRATADO: ____________________________________________________________, pessoa física/jurídica, inscrito(a) no CPF/CNPJ sob nº ________________, com endereço à ________________________________________________________________.</w:t>
      </w:r>
    </w:p>
    <w:p/>
    <w:p/>
    <w:p>
      <w:r>
        <w:rPr>
          <w:b/>
          <w:sz w:val="22"/>
        </w:rPr>
        <w:t>CLÁUSULA 1 – DO OBJETO</w:t>
      </w:r>
    </w:p>
    <w:p>
      <w:r>
        <w:rPr>
          <w:b w:val="0"/>
          <w:sz w:val="20"/>
        </w:rPr>
        <w:t>O presente contrato tem por objeto a prestação dos seguintes serviços pelo CONTRATADO ao CONTRATANTE: ________________________________________________________________________________________________.</w:t>
      </w:r>
    </w:p>
    <w:p/>
    <w:p>
      <w:r>
        <w:rPr>
          <w:b/>
          <w:sz w:val="22"/>
        </w:rPr>
        <w:t>CLÁUSULA 2 – DAS OBRIGAÇÕES DO CONTRATADO</w:t>
      </w:r>
    </w:p>
    <w:p>
      <w:r>
        <w:rPr>
          <w:b w:val="0"/>
          <w:sz w:val="20"/>
        </w:rPr>
        <w:t>a) Executar os serviços conforme especificações técnicas e prazos acordados;</w:t>
        <w:br/>
        <w:t>b) Manter sigilo sobre informações confidenciais do CONTRATANTE;</w:t>
        <w:br/>
        <w:t>c) Responsabilizar-se pelos encargos trabalhistas, fiscais e previdenciários de seus empregados;</w:t>
        <w:br/>
        <w:t>d) Fornecer materiais e equipamentos necessários à execução dos serviços, salvo acordo em contrário.</w:t>
      </w:r>
    </w:p>
    <w:p/>
    <w:p>
      <w:r>
        <w:rPr>
          <w:b/>
          <w:sz w:val="22"/>
        </w:rPr>
        <w:t>CLÁUSULA 3 – DAS OBRIGAÇÕES DO CONTRATANTE</w:t>
      </w:r>
    </w:p>
    <w:p>
      <w:r>
        <w:rPr>
          <w:b w:val="0"/>
          <w:sz w:val="20"/>
        </w:rPr>
        <w:t>a) Fornecer as informações e condições necessárias para a execução dos serviços;</w:t>
        <w:br/>
        <w:t>b) Efetuar o pagamento na forma e prazos estabelecidos neste contrato;</w:t>
        <w:br/>
        <w:t>c) Facilitar o acesso do CONTRATADO ao local onde os serviços serão prestados.</w:t>
      </w:r>
    </w:p>
    <w:p/>
    <w:p>
      <w:r>
        <w:rPr>
          <w:b/>
          <w:sz w:val="22"/>
        </w:rPr>
        <w:t>CLÁUSULA 4 – DO PREÇO E FORMA DE PAGAMENTO</w:t>
      </w:r>
    </w:p>
    <w:p>
      <w:r>
        <w:rPr>
          <w:b w:val="0"/>
          <w:sz w:val="20"/>
        </w:rPr>
        <w:t>O CONTRATANTE pagará ao CONTRATADO a quantia total de R$ __________________________ (______________________________________________________), conforme as seguintes condições: _____________________________________________________________________________________.</w:t>
      </w:r>
    </w:p>
    <w:p/>
    <w:p>
      <w:r>
        <w:rPr>
          <w:b/>
          <w:sz w:val="22"/>
        </w:rPr>
        <w:t>CLÁUSULA 5 – DO PRAZO</w:t>
      </w:r>
    </w:p>
    <w:p>
      <w:r>
        <w:rPr>
          <w:b w:val="0"/>
          <w:sz w:val="20"/>
        </w:rPr>
        <w:t>O prazo para a execução dos serviços será de ____ (____) dias/meses a contar da assinatura deste contrato, podendo ser prorrogado mediante acordo entre as partes.</w:t>
      </w:r>
    </w:p>
    <w:p/>
    <w:p>
      <w:r>
        <w:rPr>
          <w:b/>
          <w:sz w:val="22"/>
        </w:rPr>
        <w:t>CLÁUSULA 6 – DA RESCISÃO</w:t>
      </w:r>
    </w:p>
    <w:p>
      <w:r>
        <w:rPr>
          <w:b w:val="0"/>
          <w:sz w:val="20"/>
        </w:rPr>
        <w:t>O presente contrato poderá ser rescindido por qualquer das partes mediante aviso prévio por escrito de _____ (____) dias, sem prejuízo das obrigações já assumidas e pagamentos devidos.</w:t>
      </w:r>
    </w:p>
    <w:p/>
    <w:p>
      <w:r>
        <w:rPr>
          <w:b/>
          <w:sz w:val="22"/>
        </w:rPr>
        <w:t>CLÁUSULA 7 – DAS PENALIDADES</w:t>
      </w:r>
    </w:p>
    <w:p>
      <w:r>
        <w:rPr>
          <w:b w:val="0"/>
          <w:sz w:val="20"/>
        </w:rPr>
        <w:t>Em caso de descumprimento de quaisquer das cláusulas deste contrato, a parte infratora pagará multa equivalente a ____% (____ por cento) do valor total contratado, sem prejuízo de indenização por perdas e danos.</w:t>
      </w:r>
    </w:p>
    <w:p/>
    <w:p>
      <w:r>
        <w:rPr>
          <w:b/>
          <w:sz w:val="22"/>
        </w:rPr>
        <w:t>CLÁUSULA 8 – DO SIGILO</w:t>
      </w:r>
    </w:p>
    <w:p>
      <w:r>
        <w:rPr>
          <w:b w:val="0"/>
          <w:sz w:val="20"/>
        </w:rPr>
        <w:t>As partes obrigam-se a manter sigilo sobre todas as informações e documentos trocados em razão deste contrato, salvo autorização expressa para divulgação.</w:t>
      </w:r>
    </w:p>
    <w:p/>
    <w:p>
      <w:r>
        <w:rPr>
          <w:b/>
          <w:sz w:val="22"/>
        </w:rPr>
        <w:t>CLÁUSULA 9 – DA RESPONSABILIDADE</w:t>
      </w:r>
    </w:p>
    <w:p>
      <w:r>
        <w:rPr>
          <w:b w:val="0"/>
          <w:sz w:val="20"/>
        </w:rPr>
        <w:t>O CONTRATADO é responsável pela qualidade dos serviços prestados, eximindo o CONTRATANTE de qualquer responsabilidade por danos causados a terceiros decorrentes da execução dos serviços.</w:t>
      </w:r>
    </w:p>
    <w:p/>
    <w:p>
      <w:r>
        <w:rPr>
          <w:b/>
          <w:sz w:val="22"/>
        </w:rPr>
        <w:t>CLÁUSULA 10 – DA INEXISTÊNCIA DE VÍNCULO EMPREGATÍCIO</w:t>
      </w:r>
    </w:p>
    <w:p>
      <w:r>
        <w:rPr>
          <w:b w:val="0"/>
          <w:sz w:val="20"/>
        </w:rPr>
        <w:t>Este contrato não cria vínculo empregatício entre as partes, sendo o CONTRATADO responsável por seus encargos fiscais, trabalhistas e previdenciários.</w:t>
      </w:r>
    </w:p>
    <w:p/>
    <w:p>
      <w:r>
        <w:rPr>
          <w:b/>
          <w:sz w:val="22"/>
        </w:rPr>
        <w:t>CLÁUSULA 11 – DO FORO</w:t>
      </w:r>
    </w:p>
    <w:p>
      <w:r>
        <w:rPr>
          <w:b w:val="0"/>
          <w:sz w:val="20"/>
        </w:rPr>
        <w:t>Para dirimir quaisquer controvérsias oriundas deste contrato, as partes elegem o foro da comarca de ___________________, renunciando a qualquer outro, por mais privilegiado que seja.</w:t>
      </w:r>
    </w:p>
    <w:p/>
    <w:p>
      <w:r>
        <w:rPr>
          <w:b/>
          <w:sz w:val="22"/>
        </w:rPr>
        <w:t>CLÁUSULA 12 – DAS DISPOSIÇÕES GERAIS</w:t>
      </w:r>
    </w:p>
    <w:p>
      <w:r>
        <w:rPr>
          <w:b w:val="0"/>
          <w:sz w:val="20"/>
        </w:rPr>
        <w:t>a) As partes declaram que leram e compreenderam todas as cláusulas deste contrato, concordando integralmente com seu conteúdo;</w:t>
        <w:br/>
        <w:t>b) Este contrato poderá ser alterado somente por meio de aditivo escrito e assinado por ambas as partes;</w:t>
        <w:br/>
        <w:t>c) Os casos omissos serão resolvidos conforme a legislação brasileira vigente.</w:t>
      </w:r>
    </w:p>
    <w:p/>
    <w:p/>
    <w:p/>
    <w:p>
      <w:pPr>
        <w:jc w:val="center"/>
      </w:pPr>
      <w:r>
        <w:rPr>
          <w:b w:val="0"/>
          <w:sz w:val="20"/>
        </w:rPr>
        <w:t>E por estarem assim justos e contratados, firmam o presente instrumento em duas vias de igual teor e forma.</w:t>
      </w:r>
    </w:p>
    <w:p/>
    <w:p/>
    <w:p/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</w:rPr>
              <w:t>CONTRATANTE</w:t>
            </w:r>
          </w:p>
          <w:p>
            <w:r>
              <w:br/>
              <w:br/>
              <w:br/>
              <w:br/>
              <w:t>__________________________________________</w:t>
            </w:r>
          </w:p>
          <w:p>
            <w:r>
              <w:t>Nome: __________________________________</w:t>
            </w:r>
          </w:p>
          <w:p>
            <w:r>
              <w:t>CPF/CNPJ: ______________________________</w:t>
            </w:r>
          </w:p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b/>
              </w:rPr>
              <w:t>CONTRATADO</w:t>
            </w:r>
          </w:p>
          <w:p>
            <w:r>
              <w:br/>
              <w:br/>
              <w:br/>
              <w:br/>
              <w:t>__________________________________________</w:t>
            </w:r>
          </w:p>
          <w:p>
            <w:r>
              <w:t>Nome: __________________________________</w:t>
            </w:r>
          </w:p>
          <w:p>
            <w:r>
              <w:t>CPF/CNPJ: ______________________________</w:t>
            </w:r>
          </w:p>
        </w:tc>
      </w:tr>
      <w:tr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53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https://documentos-lex.com/contrato-de-prestacao-de-servico/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contrato-de-prestacao-de-servico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