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CONFISSÃO DE DÍVIDA</w:t>
      </w:r>
    </w:p>
    <w:p/>
    <w:p/>
    <w:p>
      <w:r>
        <w:rPr>
          <w:b w:val="0"/>
          <w:sz w:val="22"/>
        </w:rPr>
        <w:t>Pelo presente instrumento particular, de um lado, como CREDOR(a),</w:t>
      </w:r>
    </w:p>
    <w:p>
      <w:pPr>
        <w:jc w:val="center"/>
      </w:pPr>
      <w:r>
        <w:rPr>
          <w:b w:val="0"/>
          <w:sz w:val="22"/>
        </w:rPr>
        <w:t>_____________________________________________________________,</w:t>
      </w:r>
    </w:p>
    <w:p>
      <w:r>
        <w:rPr>
          <w:b w:val="0"/>
          <w:sz w:val="22"/>
        </w:rPr>
        <w:t>nacionalidade ________________, estado civil ________________, profissão _____________________,</w:t>
      </w:r>
    </w:p>
    <w:p>
      <w:r>
        <w:rPr>
          <w:b w:val="0"/>
          <w:sz w:val="22"/>
        </w:rPr>
        <w:t>portador(a) do CPF nº _____________________ e RG nº _______________________, residente e domiciliado(a) à</w:t>
      </w:r>
    </w:p>
    <w:p>
      <w:r>
        <w:rPr>
          <w:b w:val="0"/>
          <w:sz w:val="22"/>
        </w:rPr>
        <w:t>Rua/Av. ______________________________________, nº ____, bairro ____________________, cidade ____________________,</w:t>
      </w:r>
    </w:p>
    <w:p>
      <w:r>
        <w:rPr>
          <w:b w:val="0"/>
          <w:sz w:val="22"/>
        </w:rPr>
        <w:t>Estado ____________, CEP ____________, e, de outro lado, como DEVEDOR(a),</w:t>
      </w:r>
    </w:p>
    <w:p>
      <w:pPr>
        <w:jc w:val="center"/>
      </w:pPr>
      <w:r>
        <w:rPr>
          <w:b w:val="0"/>
          <w:sz w:val="22"/>
        </w:rPr>
        <w:t>_____________________________________________________________,</w:t>
      </w:r>
    </w:p>
    <w:p>
      <w:r>
        <w:rPr>
          <w:b w:val="0"/>
          <w:sz w:val="22"/>
        </w:rPr>
        <w:t>nacionalidade ________________, estado civil ________________, profissão _____________________,</w:t>
      </w:r>
    </w:p>
    <w:p>
      <w:r>
        <w:rPr>
          <w:b w:val="0"/>
          <w:sz w:val="22"/>
        </w:rPr>
        <w:t>portador(a) do CPF nº _____________________ e RG nº _______________________, residente e domiciliado(a) à</w:t>
      </w:r>
    </w:p>
    <w:p>
      <w:r>
        <w:rPr>
          <w:b w:val="0"/>
          <w:sz w:val="22"/>
        </w:rPr>
        <w:t>Rua/Av. ______________________________________, nº ____, bairro ____________________, cidade ____________________,</w:t>
      </w:r>
    </w:p>
    <w:p>
      <w:r>
        <w:rPr>
          <w:b w:val="0"/>
          <w:sz w:val="22"/>
        </w:rPr>
        <w:t>Estado ____________, CEP ____________,</w:t>
      </w:r>
    </w:p>
    <w:p>
      <w:r>
        <w:rPr>
          <w:b w:val="0"/>
          <w:sz w:val="22"/>
        </w:rPr>
        <w:t>resolvem celebrar o presente CONTRATO DE CONFISSÃO DE DÍVIDA, que se regerá pelas cláusulas e condições abaixo:</w:t>
      </w:r>
    </w:p>
    <w:p/>
    <w:p>
      <w:pPr>
        <w:jc w:val="left"/>
      </w:pPr>
      <w:r>
        <w:rPr>
          <w:b/>
          <w:sz w:val="22"/>
        </w:rPr>
        <w:t>CLÁUSULA 1 – DO RECONHECIMENTO DA DÍVIDA</w:t>
      </w:r>
    </w:p>
    <w:p>
      <w:r>
        <w:rPr>
          <w:b w:val="0"/>
          <w:sz w:val="22"/>
        </w:rPr>
        <w:t>O(a) DEVEDOR(a) reconhece, para todos os fins de direito, dever e obrigação perante o(a) CREDOR(a),</w:t>
      </w:r>
    </w:p>
    <w:p>
      <w:r>
        <w:rPr>
          <w:b w:val="0"/>
          <w:sz w:val="22"/>
        </w:rPr>
        <w:t>a importância líquida, certa e exigível de R$ ________________________________, referente a</w:t>
      </w:r>
    </w:p>
    <w:p>
      <w:pPr>
        <w:jc w:val="center"/>
      </w:pPr>
      <w:r>
        <w:rPr>
          <w:b w:val="0"/>
          <w:sz w:val="22"/>
        </w:rPr>
        <w:t>_____________________________________________________________.</w:t>
      </w:r>
    </w:p>
    <w:p/>
    <w:p>
      <w:pPr>
        <w:jc w:val="left"/>
      </w:pPr>
      <w:r>
        <w:rPr>
          <w:b/>
          <w:sz w:val="22"/>
        </w:rPr>
        <w:t>CLÁUSULA 2 – DO PAGAMENTO</w:t>
      </w:r>
    </w:p>
    <w:p>
      <w:r>
        <w:rPr>
          <w:b w:val="0"/>
          <w:sz w:val="22"/>
        </w:rPr>
        <w:t>O pagamento da dívida reconhecida será efetuado pelo(a) DEVEDOR(a) da seguinte forma:</w:t>
      </w:r>
    </w:p>
    <w:p>
      <w:r>
        <w:rPr>
          <w:b w:val="0"/>
          <w:sz w:val="22"/>
        </w:rPr>
        <w:t>a) Valor total à vista, no valor de R$ ________________________________, ou;</w:t>
      </w:r>
    </w:p>
    <w:p>
      <w:r>
        <w:rPr>
          <w:b w:val="0"/>
          <w:sz w:val="22"/>
        </w:rPr>
        <w:t>b) Parcelado em _____ (_____) prestações mensais, iguais e sucessivas de R$ ____________________,</w:t>
      </w:r>
    </w:p>
    <w:p>
      <w:r>
        <w:rPr>
          <w:b w:val="0"/>
          <w:sz w:val="22"/>
        </w:rPr>
        <w:t>com vencimento todo dia ___ (___) de cada mês, iniciando-se em ________________.</w:t>
      </w:r>
    </w:p>
    <w:p/>
    <w:p>
      <w:pPr>
        <w:jc w:val="left"/>
      </w:pPr>
      <w:r>
        <w:rPr>
          <w:b/>
          <w:sz w:val="22"/>
        </w:rPr>
        <w:t>CLÁUSULA 3 – DO LOCAL E FORMA DE PAGAMENTO</w:t>
      </w:r>
    </w:p>
    <w:p>
      <w:r>
        <w:rPr>
          <w:b w:val="0"/>
          <w:sz w:val="22"/>
        </w:rPr>
        <w:t>O pagamento deverá ser realizado por meio de _____________________________________________________,</w:t>
      </w:r>
    </w:p>
    <w:p>
      <w:r>
        <w:rPr>
          <w:b w:val="0"/>
          <w:sz w:val="22"/>
        </w:rPr>
        <w:t>no endereço do(a) CREDOR(a) ou em local previamente acordado entre as partes.</w:t>
      </w:r>
    </w:p>
    <w:p/>
    <w:p>
      <w:pPr>
        <w:jc w:val="left"/>
      </w:pPr>
      <w:r>
        <w:rPr>
          <w:b/>
          <w:sz w:val="22"/>
        </w:rPr>
        <w:t>CLÁUSULA 4 – DOS JUROS E MULTAS</w:t>
      </w:r>
    </w:p>
    <w:p>
      <w:r>
        <w:rPr>
          <w:b w:val="0"/>
          <w:sz w:val="22"/>
        </w:rPr>
        <w:t>Sobre eventuais parcelas em atraso incidirão juros moratórios de 1% (um por cento) ao mês,</w:t>
      </w:r>
    </w:p>
    <w:p>
      <w:r>
        <w:rPr>
          <w:b w:val="0"/>
          <w:sz w:val="22"/>
        </w:rPr>
        <w:t>pro rata die, e multa de 2% (dois por cento) sobre o valor da parcela em atraso, sem prejuízo de outras</w:t>
      </w:r>
    </w:p>
    <w:p>
      <w:r>
        <w:rPr>
          <w:b w:val="0"/>
          <w:sz w:val="22"/>
        </w:rPr>
        <w:t>cominações legais cabíveis.</w:t>
      </w:r>
    </w:p>
    <w:p/>
    <w:p>
      <w:pPr>
        <w:jc w:val="left"/>
      </w:pPr>
      <w:r>
        <w:rPr>
          <w:b/>
          <w:sz w:val="22"/>
        </w:rPr>
        <w:t>CLÁUSULA 5 – DA RENÚNCIA AO DIREITO DE EXIGIR</w:t>
      </w:r>
    </w:p>
    <w:p>
      <w:r>
        <w:rPr>
          <w:b w:val="0"/>
          <w:sz w:val="22"/>
        </w:rPr>
        <w:t>O(a) DEVEDOR(a) renuncia expressamente ao benefício de ordem e quaisquer exceções que possam</w:t>
      </w:r>
    </w:p>
    <w:p>
      <w:r>
        <w:rPr>
          <w:b w:val="0"/>
          <w:sz w:val="22"/>
        </w:rPr>
        <w:t>intervir no cumprimento desta obrigação, bem como ao direito de exigir qualquer outra forma de cobrança,</w:t>
      </w:r>
    </w:p>
    <w:p>
      <w:r>
        <w:rPr>
          <w:b w:val="0"/>
          <w:sz w:val="22"/>
        </w:rPr>
        <w:t>reconhecendo desde já a validade e exigibilidade desta confissão de dívida.</w:t>
      </w:r>
    </w:p>
    <w:p/>
    <w:p>
      <w:pPr>
        <w:jc w:val="left"/>
      </w:pPr>
      <w:r>
        <w:rPr>
          <w:b/>
          <w:sz w:val="22"/>
        </w:rPr>
        <w:t>CLÁUSULA 6 – DA RESCISÃO E COBRANÇA JUDICIAL</w:t>
      </w:r>
    </w:p>
    <w:p>
      <w:r>
        <w:rPr>
          <w:b w:val="0"/>
          <w:sz w:val="22"/>
        </w:rPr>
        <w:t>O não pagamento de qualquer parcela na data aprazada implicará na rescisão automática deste contrato,</w:t>
      </w:r>
    </w:p>
    <w:p>
      <w:r>
        <w:rPr>
          <w:b w:val="0"/>
          <w:sz w:val="22"/>
        </w:rPr>
        <w:t>permitindo ao(à) CREDOR(a) promover a cobrança judicial da dívida, acrescida de juros, multa, honorários advocatícios</w:t>
      </w:r>
    </w:p>
    <w:p>
      <w:r>
        <w:rPr>
          <w:b w:val="0"/>
          <w:sz w:val="22"/>
        </w:rPr>
        <w:t>e demais encargos legais.</w:t>
      </w:r>
    </w:p>
    <w:p/>
    <w:p>
      <w:pPr>
        <w:jc w:val="left"/>
      </w:pPr>
      <w:r>
        <w:rPr>
          <w:b/>
          <w:sz w:val="22"/>
        </w:rPr>
        <w:t>CLÁUSULA 7 – DAS DISPOSIÇÕES GERAIS</w:t>
      </w:r>
    </w:p>
    <w:p>
      <w:r>
        <w:rPr>
          <w:b w:val="0"/>
          <w:sz w:val="22"/>
        </w:rPr>
        <w:t>Este contrato é firmado em caráter irrevogável e irretratável, obrigando as partes, seus herdeiros e sucessores.</w:t>
      </w:r>
    </w:p>
    <w:p>
      <w:r>
        <w:rPr>
          <w:b w:val="0"/>
          <w:sz w:val="22"/>
        </w:rPr>
        <w:t>Qualquer alteração neste instrumento deverá ser feita por escrito e assinada por ambas as partes.</w:t>
      </w:r>
    </w:p>
    <w:p/>
    <w:p>
      <w:pPr>
        <w:jc w:val="left"/>
      </w:pPr>
      <w:r>
        <w:rPr>
          <w:b/>
          <w:sz w:val="22"/>
        </w:rPr>
        <w:t>CLÁUSULA 8 – DO FORO</w:t>
      </w:r>
    </w:p>
    <w:p>
      <w:r>
        <w:rPr>
          <w:b w:val="0"/>
          <w:sz w:val="22"/>
        </w:rPr>
        <w:t>Para dirimir quaisquer dúvidas oriundas do presente contrato, as partes elegem o foro da comarca de ____________,</w:t>
      </w:r>
    </w:p>
    <w:p>
      <w:r>
        <w:rPr>
          <w:b w:val="0"/>
          <w:sz w:val="22"/>
        </w:rPr>
        <w:t>Estado ____________, renunciando a qualquer outro, por mais privilegiado que seja.</w:t>
      </w:r>
    </w:p>
    <w:p/>
    <w:p>
      <w:r>
        <w:rPr>
          <w:b w:val="0"/>
          <w:sz w:val="22"/>
        </w:rPr>
        <w:t>E por estarem assim justos e contratados, firmam o presente instrumento em ______ vias de igual teor e forma,</w:t>
      </w:r>
    </w:p>
    <w:p>
      <w:r>
        <w:rPr>
          <w:b w:val="0"/>
          <w:sz w:val="22"/>
        </w:rPr>
        <w:t>para que produza seus jurídicos e legais efeitos.</w:t>
      </w:r>
    </w:p>
    <w:p/>
    <w:p>
      <w:pPr>
        <w:jc w:val="center"/>
      </w:pPr>
      <w:r>
        <w:rPr>
          <w:b w:val="0"/>
          <w:sz w:val="22"/>
        </w:rPr>
        <w:t>_______________________________                    _______________________________</w:t>
      </w:r>
    </w:p>
    <w:p>
      <w:r>
        <w:rPr>
          <w:b w:val="0"/>
          <w:sz w:val="22"/>
        </w:rPr>
        <w:t>CREDOR(A)                                               DEVEDOR(A)</w:t>
      </w:r>
    </w:p>
    <w:p/>
    <w:p>
      <w:r>
        <w:rPr>
          <w:b w:val="0"/>
          <w:sz w:val="22"/>
        </w:rPr>
        <w:t>CPF nº: ___________________________          CPF nº: ___________________________</w:t>
      </w:r>
    </w:p>
    <w:p/>
    <w:p>
      <w:r>
        <w:rPr>
          <w:b w:val="0"/>
          <w:sz w:val="22"/>
        </w:rPr>
        <w:t>Testemunhas:</w:t>
      </w:r>
    </w:p>
    <w:p/>
    <w:p>
      <w:r>
        <w:rPr>
          <w:b w:val="0"/>
          <w:sz w:val="22"/>
        </w:rPr>
        <w:t>1) Nome: ______________________________________ CPF nº: ___________________________</w:t>
      </w:r>
    </w:p>
    <w:p>
      <w:r>
        <w:rPr>
          <w:b w:val="0"/>
          <w:sz w:val="22"/>
        </w:rPr>
        <w:t>Assinatura: ____________________________________</w:t>
      </w:r>
    </w:p>
    <w:p/>
    <w:p>
      <w:r>
        <w:rPr>
          <w:b w:val="0"/>
          <w:sz w:val="22"/>
        </w:rPr>
        <w:t>2) Nome: ______________________________________ CPF nº: ___________________________</w:t>
      </w:r>
    </w:p>
    <w:p>
      <w:r>
        <w:rPr>
          <w:b w:val="0"/>
          <w:sz w:val="22"/>
        </w:rPr>
        <w:t>Assinatura: 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https://documentos-lex.com/contrato-de-confissao-de-divida/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contrato-de-confissao-de-divida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