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PARTICULAR DE COMPRA E VENDA DE VEÍCULO AUTOMOTOR</w:t>
      </w:r>
    </w:p>
    <w:p/>
    <w:p/>
    <w:p>
      <w:r>
        <w:rPr>
          <w:b w:val="0"/>
          <w:sz w:val="20"/>
        </w:rPr>
        <w:t>Pelo presente instrumento particular de compra e venda, de um lado,</w:t>
      </w:r>
    </w:p>
    <w:p>
      <w:pPr>
        <w:ind w:left="567"/>
      </w:pPr>
      <w:r>
        <w:rPr>
          <w:b w:val="0"/>
          <w:sz w:val="20"/>
        </w:rPr>
        <w:t>VENDEDOR: ____________________________________________________________, brasileiro(a), portador(a) do CPF nº ________________, RG nº ________________, residente e domiciliado(a) à _______________________________________________________________, neste ato denominado simplesmente VENDEDOR;</w:t>
      </w:r>
    </w:p>
    <w:p>
      <w:r>
        <w:rPr>
          <w:b w:val="0"/>
          <w:sz w:val="20"/>
        </w:rPr>
        <w:t>e, de outro lado,</w:t>
      </w:r>
    </w:p>
    <w:p>
      <w:pPr>
        <w:ind w:left="567"/>
      </w:pPr>
      <w:r>
        <w:rPr>
          <w:b w:val="0"/>
          <w:sz w:val="20"/>
        </w:rPr>
        <w:t>COMPRADOR: __________________________________________________________, brasileiro(a), portador(a) do CPF nº ________________, RG nº ________________, residente e domiciliado(a) à _______________________________________________________________, neste ato denominado simplesmente COMPRADOR;</w:t>
      </w:r>
    </w:p>
    <w:p/>
    <w:p>
      <w:r>
        <w:rPr>
          <w:b w:val="0"/>
          <w:sz w:val="20"/>
        </w:rPr>
        <w:t>têm entre si, justo e contratado, o que segue, por cláusulas e condições:</w:t>
      </w:r>
    </w:p>
    <w:p/>
    <w:p>
      <w:pPr>
        <w:jc w:val="left"/>
      </w:pPr>
      <w:r>
        <w:rPr>
          <w:b/>
          <w:sz w:val="22"/>
        </w:rPr>
        <w:t>CLÁUSULA 1ª – DO OBJETO</w:t>
      </w:r>
    </w:p>
    <w:p>
      <w:r>
        <w:rPr>
          <w:b w:val="0"/>
          <w:sz w:val="20"/>
        </w:rPr>
        <w:t>O VENDEDOR é legítimo proprietário do veículo automotor abaixo descrito, objeto deste contrato, que vende ao COMPRADOR, que aceita, pelo preço e condições ajustados:</w:t>
      </w:r>
    </w:p>
    <w:p>
      <w:pPr>
        <w:ind w:left="567"/>
      </w:pPr>
      <w:r>
        <w:rPr>
          <w:b w:val="0"/>
          <w:sz w:val="20"/>
        </w:rPr>
        <w:t>Marca: _______________________________________________________________</w:t>
      </w:r>
    </w:p>
    <w:p>
      <w:pPr>
        <w:ind w:left="567"/>
      </w:pPr>
      <w:r>
        <w:rPr>
          <w:b w:val="0"/>
          <w:sz w:val="20"/>
        </w:rPr>
        <w:t>Modelo: ______________________________________________________________</w:t>
      </w:r>
    </w:p>
    <w:p>
      <w:pPr>
        <w:ind w:left="567"/>
      </w:pPr>
      <w:r>
        <w:rPr>
          <w:b w:val="0"/>
          <w:sz w:val="20"/>
        </w:rPr>
        <w:t>Ano de fabricação: _____________________________________________________</w:t>
      </w:r>
    </w:p>
    <w:p>
      <w:pPr>
        <w:ind w:left="567"/>
      </w:pPr>
      <w:r>
        <w:rPr>
          <w:b w:val="0"/>
          <w:sz w:val="20"/>
        </w:rPr>
        <w:t>Ano modelo: ___________________________________________________________</w:t>
      </w:r>
    </w:p>
    <w:p>
      <w:pPr>
        <w:ind w:left="567"/>
      </w:pPr>
      <w:r>
        <w:rPr>
          <w:b w:val="0"/>
          <w:sz w:val="20"/>
        </w:rPr>
        <w:t>Cor: _________________________________________________________________</w:t>
      </w:r>
    </w:p>
    <w:p>
      <w:pPr>
        <w:ind w:left="567"/>
      </w:pPr>
      <w:r>
        <w:rPr>
          <w:b w:val="0"/>
          <w:sz w:val="20"/>
        </w:rPr>
        <w:t>Placa: ________________________________________________________________</w:t>
      </w:r>
    </w:p>
    <w:p>
      <w:pPr>
        <w:ind w:left="567"/>
      </w:pPr>
      <w:r>
        <w:rPr>
          <w:b w:val="0"/>
          <w:sz w:val="20"/>
        </w:rPr>
        <w:t>Renavam: ______________________________________________________________</w:t>
      </w:r>
    </w:p>
    <w:p>
      <w:pPr>
        <w:ind w:left="567"/>
      </w:pPr>
      <w:r>
        <w:rPr>
          <w:b w:val="0"/>
          <w:sz w:val="20"/>
        </w:rPr>
        <w:t>Chassi: _______________________________________________________________</w:t>
      </w:r>
    </w:p>
    <w:p>
      <w:pPr>
        <w:ind w:left="567"/>
      </w:pPr>
      <w:r>
        <w:rPr>
          <w:b w:val="0"/>
          <w:sz w:val="20"/>
        </w:rPr>
        <w:t>Outras características relevantes: ______________________________________</w:t>
      </w:r>
    </w:p>
    <w:p/>
    <w:p>
      <w:pPr>
        <w:jc w:val="left"/>
      </w:pPr>
      <w:r>
        <w:rPr>
          <w:b/>
          <w:sz w:val="22"/>
        </w:rPr>
        <w:t>CLÁUSULA 2ª – DO PREÇO E FORMA DE PAGAMENTO</w:t>
      </w:r>
    </w:p>
    <w:p>
      <w:r>
        <w:rPr>
          <w:b w:val="0"/>
          <w:sz w:val="20"/>
        </w:rPr>
        <w:t>O preço certo e ajustado da venda é de R$ ____________________________, que será pago pelo COMPRADOR ao VENDEDOR da seguinte forma:</w:t>
      </w:r>
    </w:p>
    <w:p>
      <w:pPr>
        <w:ind w:left="567"/>
      </w:pPr>
      <w:r>
        <w:rPr>
          <w:b w:val="0"/>
          <w:sz w:val="20"/>
        </w:rPr>
        <w:t>- _________________________________________________________________</w:t>
      </w:r>
    </w:p>
    <w:p>
      <w:pPr>
        <w:ind w:left="567"/>
      </w:pPr>
      <w:r>
        <w:rPr>
          <w:b w:val="0"/>
          <w:sz w:val="20"/>
        </w:rPr>
        <w:t>- _________________________________________________________________</w:t>
      </w:r>
    </w:p>
    <w:p>
      <w:pPr>
        <w:ind w:left="567"/>
      </w:pPr>
      <w:r>
        <w:rPr>
          <w:b w:val="0"/>
          <w:sz w:val="20"/>
        </w:rPr>
        <w:t>- _________________________________________________________________</w:t>
      </w:r>
    </w:p>
    <w:p>
      <w:pPr>
        <w:ind w:left="567"/>
      </w:pPr>
      <w:r>
        <w:rPr>
          <w:b w:val="0"/>
          <w:sz w:val="20"/>
        </w:rPr>
        <w:t>O pagamento será efetuado mediante __________________________________________________________.</w:t>
      </w:r>
    </w:p>
    <w:p/>
    <w:p>
      <w:pPr>
        <w:jc w:val="left"/>
      </w:pPr>
      <w:r>
        <w:rPr>
          <w:b/>
          <w:sz w:val="22"/>
        </w:rPr>
        <w:t>CLÁUSULA 3ª – DA ENTREGA DO VEÍCULO</w:t>
      </w:r>
    </w:p>
    <w:p>
      <w:r>
        <w:rPr>
          <w:b w:val="0"/>
          <w:sz w:val="20"/>
        </w:rPr>
        <w:t>O VENDEDOR entregará o veículo ao COMPRADOR no estado em que se encontra, livre e desembaraçado de quaisquer ônus, débitos, multas, ou restrições judiciais ou administrativas, no endereço do COMPRADOR ou outro local acordado entre as partes.</w:t>
      </w:r>
    </w:p>
    <w:p/>
    <w:p>
      <w:pPr>
        <w:jc w:val="left"/>
      </w:pPr>
      <w:r>
        <w:rPr>
          <w:b/>
          <w:sz w:val="22"/>
        </w:rPr>
        <w:t>CLÁUSULA 4ª – DAS OBRIGAÇÕES DO VENDEDOR</w:t>
      </w:r>
    </w:p>
    <w:p>
      <w:r>
        <w:rPr>
          <w:b w:val="0"/>
          <w:sz w:val="20"/>
        </w:rPr>
        <w:t>O VENDEDOR se obriga a:</w:t>
      </w:r>
    </w:p>
    <w:p>
      <w:pPr>
        <w:ind w:left="567"/>
      </w:pPr>
      <w:r>
        <w:rPr>
          <w:b w:val="0"/>
          <w:sz w:val="20"/>
        </w:rPr>
        <w:t>a) Entregar o veículo com toda a documentação legal necessária para a transferência de propriedade;</w:t>
      </w:r>
    </w:p>
    <w:p>
      <w:pPr>
        <w:ind w:left="567"/>
      </w:pPr>
      <w:r>
        <w:rPr>
          <w:b w:val="0"/>
          <w:sz w:val="20"/>
        </w:rPr>
        <w:t>b) Garantir que o veículo está livre de quaisquer ônus, multas, restrições financeiras ou judiciais;</w:t>
      </w:r>
    </w:p>
    <w:p>
      <w:pPr>
        <w:ind w:left="567"/>
      </w:pPr>
      <w:r>
        <w:rPr>
          <w:b w:val="0"/>
          <w:sz w:val="20"/>
        </w:rPr>
        <w:t>c) Responsabilizar-se por eventuais débitos anteriores à data da entrega do veículo;</w:t>
      </w:r>
    </w:p>
    <w:p/>
    <w:p>
      <w:pPr>
        <w:jc w:val="left"/>
      </w:pPr>
      <w:r>
        <w:rPr>
          <w:b/>
          <w:sz w:val="22"/>
        </w:rPr>
        <w:t>CLÁUSULA 5ª – DAS OBRIGAÇÕES DO COMPRADOR</w:t>
      </w:r>
    </w:p>
    <w:p>
      <w:r>
        <w:rPr>
          <w:b w:val="0"/>
          <w:sz w:val="20"/>
        </w:rPr>
        <w:t>O COMPRADOR se obriga a:</w:t>
      </w:r>
    </w:p>
    <w:p>
      <w:pPr>
        <w:ind w:left="567"/>
      </w:pPr>
      <w:r>
        <w:rPr>
          <w:b w:val="0"/>
          <w:sz w:val="20"/>
        </w:rPr>
        <w:t>a) Efetuar o pagamento nas condições estabelecidas neste contrato;</w:t>
      </w:r>
    </w:p>
    <w:p>
      <w:pPr>
        <w:ind w:left="567"/>
      </w:pPr>
      <w:r>
        <w:rPr>
          <w:b w:val="0"/>
          <w:sz w:val="20"/>
        </w:rPr>
        <w:t>b) Proceder à transferência do veículo para seu nome perante o órgão competente no prazo legal;</w:t>
      </w:r>
    </w:p>
    <w:p>
      <w:pPr>
        <w:ind w:left="567"/>
      </w:pPr>
      <w:r>
        <w:rPr>
          <w:b w:val="0"/>
          <w:sz w:val="20"/>
        </w:rPr>
        <w:t>c) Arcar com todos os custos relativos à transferência do veículo, incluindo taxas e impostos;</w:t>
      </w:r>
    </w:p>
    <w:p/>
    <w:p>
      <w:pPr>
        <w:jc w:val="left"/>
      </w:pPr>
      <w:r>
        <w:rPr>
          <w:b/>
          <w:sz w:val="22"/>
        </w:rPr>
        <w:t>CLÁUSULA 6ª – DA TRANSFERÊNCIA DE PROPRIEDADE</w:t>
      </w:r>
    </w:p>
    <w:p>
      <w:r>
        <w:rPr>
          <w:b w:val="0"/>
          <w:sz w:val="20"/>
        </w:rPr>
        <w:t>O COMPRADOR deverá providenciar a transferência do veículo para seu nome no prazo máximo de 30 (trinta) dias a contar da assinatura deste contrato, sob pena de responsabilidade por multas e demais encargos incidentes após este prazo.</w:t>
      </w:r>
    </w:p>
    <w:p/>
    <w:p>
      <w:pPr>
        <w:jc w:val="left"/>
      </w:pPr>
      <w:r>
        <w:rPr>
          <w:b/>
          <w:sz w:val="22"/>
        </w:rPr>
        <w:t>CLÁUSULA 7ª – DAS GARANTIAS</w:t>
      </w:r>
    </w:p>
    <w:p>
      <w:r>
        <w:rPr>
          <w:b w:val="0"/>
          <w:sz w:val="20"/>
        </w:rPr>
        <w:t>O veículo é vendido no estado em que se encontra, conforme vistoria realizada pelo COMPRADOR, não cabendo ao VENDEDOR qualquer garantia, exceto quanto à existência de eventual vício oculto que impeça o uso normal do veículo, nos termos da legislação vigente.</w:t>
      </w:r>
    </w:p>
    <w:p/>
    <w:p>
      <w:pPr>
        <w:jc w:val="left"/>
      </w:pPr>
      <w:r>
        <w:rPr>
          <w:b/>
          <w:sz w:val="22"/>
        </w:rPr>
        <w:t>CLÁUSULA 8ª – DAS PENALIDADES</w:t>
      </w:r>
    </w:p>
    <w:p>
      <w:r>
        <w:rPr>
          <w:b w:val="0"/>
          <w:sz w:val="20"/>
        </w:rPr>
        <w:t>O inadimplemento de quaisquer das cláusulas deste contrato implicará na aplicação de multa de 10% (dez por cento) sobre o valor total da venda, além de responder a parte inadimplente por perdas e danos.</w:t>
      </w:r>
    </w:p>
    <w:p/>
    <w:p>
      <w:pPr>
        <w:jc w:val="left"/>
      </w:pPr>
      <w:r>
        <w:rPr>
          <w:b/>
          <w:sz w:val="22"/>
        </w:rPr>
        <w:t>CLÁUSULA 9ª – DA RESCISÃO</w:t>
      </w:r>
    </w:p>
    <w:p>
      <w:r>
        <w:rPr>
          <w:b w:val="0"/>
          <w:sz w:val="20"/>
        </w:rPr>
        <w:t>O presente contrato poderá ser rescindido de comum acordo entre as partes ou judicialmente, nos termos da legislação aplicável.</w:t>
      </w:r>
    </w:p>
    <w:p/>
    <w:p>
      <w:pPr>
        <w:jc w:val="left"/>
      </w:pPr>
      <w:r>
        <w:rPr>
          <w:b/>
          <w:sz w:val="22"/>
        </w:rPr>
        <w:t>CLÁUSULA 10ª – DO FORO</w:t>
      </w:r>
    </w:p>
    <w:p>
      <w:r>
        <w:rPr>
          <w:b w:val="0"/>
          <w:sz w:val="20"/>
        </w:rPr>
        <w:t>Para dirimir quaisquer controvérsias oriundas deste contrato, as partes elegem o foro da comarca de ________________________, Estado de ________________, renunciando a qualquer outro, por mais privilegiado que seja.</w:t>
      </w:r>
    </w:p>
    <w:p/>
    <w:p/>
    <w:p>
      <w:r>
        <w:rPr>
          <w:b w:val="0"/>
          <w:sz w:val="20"/>
        </w:rPr>
        <w:t>E, por estarem assim justos e contratados, firmam o presente em 2 (duas) vias de igual teor e forma, na presença das testemunhas abaixo.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</w:t>
              <w:br/>
              <w:t>VENDEDOR</w:t>
              <w:br/>
              <w:t>CPF: __________________________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</w:t>
              <w:br/>
              <w:t>COMPRADOR</w:t>
              <w:br/>
              <w:t>CPF: __________________________</w:t>
            </w:r>
          </w:p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</w:t>
              <w:br/>
              <w:t>TESTEMUNHA 1</w:t>
              <w:br/>
              <w:t>Nome: __________________________</w:t>
              <w:br/>
              <w:t>CPF: __________________________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</w:t>
              <w:br/>
              <w:t>TESTEMUNHA 2</w:t>
              <w:br/>
              <w:t>Nome: __________________________</w:t>
              <w:br/>
              <w:t>CPF: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https://documentos-lex.com/contrato-de-compra-de-carro/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rato-de-compra-de-carr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