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COMUNICADO INTERNO</w:t>
      </w:r>
    </w:p>
    <w:p/>
    <w:p>
      <w:r>
        <w:rPr>
          <w:b/>
          <w:sz w:val="22"/>
        </w:rPr>
        <w:t>EMPRESA: _____________________________________________________________</w:t>
      </w:r>
    </w:p>
    <w:p>
      <w:r>
        <w:rPr>
          <w:b/>
          <w:sz w:val="22"/>
        </w:rPr>
        <w:t>CNPJ: _________________________________________________________________</w:t>
      </w:r>
    </w:p>
    <w:p>
      <w:r>
        <w:rPr>
          <w:b/>
          <w:sz w:val="22"/>
        </w:rPr>
        <w:t>DEPARTAMENTO: _________________________________________________________</w:t>
      </w:r>
    </w:p>
    <w:p>
      <w:r>
        <w:rPr>
          <w:b/>
          <w:sz w:val="22"/>
        </w:rPr>
        <w:t>NÚMERO DO COMUNICADO: ________________________________________________</w:t>
      </w:r>
    </w:p>
    <w:p>
      <w:r>
        <w:rPr>
          <w:b/>
          <w:sz w:val="22"/>
        </w:rPr>
        <w:t>ASSUNTO: ______________________________________________________________</w:t>
      </w:r>
    </w:p>
    <w:p/>
    <w:p/>
    <w:p>
      <w:r>
        <w:rPr>
          <w:b/>
          <w:sz w:val="22"/>
        </w:rPr>
        <w:t>LOCAL: ____________________________</w:t>
      </w:r>
    </w:p>
    <w:p>
      <w:r>
        <w:rPr>
          <w:b/>
          <w:sz w:val="22"/>
        </w:rPr>
        <w:t>DATA: ___/___/________</w:t>
      </w:r>
    </w:p>
    <w:p/>
    <w:p/>
    <w:p>
      <w:r>
        <w:rPr>
          <w:b/>
          <w:sz w:val="22"/>
        </w:rPr>
        <w:t>Aos colaboradores do setor de ____________________________________________</w:t>
      </w:r>
    </w:p>
    <w:p/>
    <w:p>
      <w:r>
        <w:rPr>
          <w:b w:val="0"/>
          <w:sz w:val="22"/>
        </w:rPr>
        <w:t>Prezados(as),</w:t>
      </w:r>
    </w:p>
    <w:p/>
    <w:p>
      <w:pPr>
        <w:ind w:firstLine="425"/>
      </w:pPr>
      <w:r>
        <w:rPr>
          <w:b w:val="0"/>
          <w:sz w:val="22"/>
        </w:rPr>
        <w:t>Considerando a importância da comunicação interna para o bom andamento das atividades da empresa e o alinhamento entre os colaboradores, vimos por meio deste informar as seguintes orientações e informações:</w:t>
      </w:r>
    </w:p>
    <w:p/>
    <w:p>
      <w:pPr>
        <w:ind w:firstLine="425"/>
      </w:pPr>
      <w:r>
        <w:rPr>
          <w:b w:val="0"/>
          <w:sz w:val="22"/>
        </w:rPr>
        <w:t>1.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 xml:space="preserve">  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 xml:space="preserve">  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</w:r>
    </w:p>
    <w:p>
      <w:pPr>
        <w:ind w:firstLine="425"/>
      </w:pPr>
      <w:r>
        <w:rPr>
          <w:b w:val="0"/>
          <w:sz w:val="22"/>
        </w:rPr>
        <w:t>2.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 xml:space="preserve">  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 xml:space="preserve">  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</w:r>
    </w:p>
    <w:p>
      <w:pPr>
        <w:ind w:firstLine="425"/>
      </w:pPr>
      <w:r>
        <w:rPr>
          <w:b w:val="0"/>
          <w:sz w:val="22"/>
        </w:rPr>
        <w:t>3.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 xml:space="preserve">  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 xml:space="preserve">  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</w:r>
    </w:p>
    <w:p>
      <w:pPr>
        <w:ind w:firstLine="425"/>
      </w:pPr>
      <w:r>
        <w:rPr>
          <w:b w:val="0"/>
          <w:sz w:val="22"/>
        </w:rPr>
        <w:t>4.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 xml:space="preserve">   ____________________________________________________________________________</w:t>
      </w:r>
    </w:p>
    <w:p>
      <w:pPr>
        <w:ind w:firstLine="425"/>
      </w:pPr>
      <w:r>
        <w:rPr>
          <w:b w:val="0"/>
          <w:sz w:val="22"/>
        </w:rPr>
        <w:t xml:space="preserve">   ____________________________________________________________________________</w:t>
      </w:r>
    </w:p>
    <w:p/>
    <w:p>
      <w:pPr>
        <w:ind w:firstLine="425"/>
      </w:pPr>
      <w:r>
        <w:rPr>
          <w:b w:val="0"/>
          <w:sz w:val="22"/>
        </w:rPr>
        <w:t>Solicitamos a todos os colaboradores atenção às informações acima e o cumprimento das orientações descritas, visando manter um ambiente de trabalho organizado, produtivo e harmonioso.</w:t>
      </w:r>
    </w:p>
    <w:p/>
    <w:p>
      <w:pPr>
        <w:ind w:firstLine="425"/>
      </w:pPr>
      <w:r>
        <w:rPr>
          <w:b w:val="0"/>
          <w:sz w:val="22"/>
        </w:rPr>
        <w:t>Em caso de dúvidas, favor entrar em contato com o departamento de Recursos Humanos ou a gerência responsável.</w:t>
      </w:r>
    </w:p>
    <w:p/>
    <w:p/>
    <w:p>
      <w:pPr>
        <w:jc w:val="center"/>
      </w:pPr>
      <w:r>
        <w:rPr>
          <w:b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_____________________________________________________</w:t>
      </w:r>
    </w:p>
    <w:p>
      <w:pPr>
        <w:jc w:val="center"/>
      </w:pPr>
      <w:r>
        <w:rPr>
          <w:b w:val="0"/>
          <w:sz w:val="22"/>
        </w:rPr>
        <w:t>Nome do Responsável</w:t>
      </w:r>
    </w:p>
    <w:p>
      <w:pPr>
        <w:jc w:val="center"/>
      </w:pPr>
      <w:r>
        <w:rPr>
          <w:b w:val="0"/>
          <w:sz w:val="22"/>
        </w:rPr>
        <w:t>Cargo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_____________________________________________________</w:t>
      </w:r>
    </w:p>
    <w:p>
      <w:pPr>
        <w:jc w:val="center"/>
      </w:pPr>
      <w:r>
        <w:rPr>
          <w:b w:val="0"/>
          <w:sz w:val="22"/>
        </w:rPr>
        <w:t>Nome do Diretor / Gerente</w:t>
      </w:r>
    </w:p>
    <w:p>
      <w:pPr>
        <w:jc w:val="center"/>
      </w:pPr>
      <w:r>
        <w:rPr>
          <w:b w:val="0"/>
          <w:sz w:val="22"/>
        </w:rPr>
        <w:t>Cargo</w:t>
      </w:r>
    </w:p>
    <w:p/>
    <w:p>
      <w:pPr>
        <w:jc w:val="center"/>
      </w:pPr>
      <w:r>
        <w:rPr>
          <w:b/>
          <w:sz w:val="22"/>
        </w:rPr>
        <w:t>Controle Interno</w:t>
      </w:r>
    </w:p>
    <w:p>
      <w:pPr>
        <w:jc w:val="center"/>
      </w:pPr>
      <w:r>
        <w:rPr>
          <w:b/>
          <w:sz w:val="22"/>
        </w:rPr>
        <w:t>Recebido por: __________________________________ Data: ___/___/________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https://documentos-lex.com/comunicado-interno/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municado-intern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