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CARTA DE DEMISSÃO SEM JUSTA CAUSA</w:t>
      </w:r>
    </w:p>
    <w:p/>
    <w:p/>
    <w:p>
      <w:r>
        <w:rPr>
          <w:b w:val="0"/>
          <w:sz w:val="22"/>
        </w:rPr>
        <w:t>À</w:t>
      </w:r>
    </w:p>
    <w:p>
      <w:r>
        <w:rPr>
          <w:b/>
          <w:sz w:val="22"/>
        </w:rPr>
        <w:t>Empresa: ____________________________________________________________</w:t>
      </w:r>
    </w:p>
    <w:p>
      <w:r>
        <w:rPr>
          <w:b/>
          <w:sz w:val="22"/>
        </w:rPr>
        <w:t>CNPJ: ______________________________________________________________</w:t>
      </w:r>
    </w:p>
    <w:p>
      <w:r>
        <w:rPr>
          <w:b/>
          <w:sz w:val="22"/>
        </w:rPr>
        <w:t>Endereço: __________________________________________________________</w:t>
      </w:r>
    </w:p>
    <w:p/>
    <w:p/>
    <w:p>
      <w:r>
        <w:rPr>
          <w:b w:val="0"/>
          <w:sz w:val="22"/>
        </w:rPr>
        <w:t>Prezado(s) Senhor(es),</w:t>
      </w:r>
    </w:p>
    <w:p/>
    <w:p>
      <w:r>
        <w:rPr>
          <w:b w:val="0"/>
          <w:sz w:val="22"/>
        </w:rPr>
        <w:t>Venho por meio desta apresentar formalmente minha demissão do cargo que ocupo nesta empresa, com fundamento na vontade livre e consciente de rescindir meu contrato de trabalho, sem justa causa, nos termos da legislação trabalhista vigente.</w:t>
      </w:r>
    </w:p>
    <w:p/>
    <w:p>
      <w:r>
        <w:rPr>
          <w:b w:val="0"/>
          <w:sz w:val="22"/>
        </w:rPr>
        <w:t>Reconheço e agradeço pelas oportunidades de aprendizado e desenvolvimento profissional que me foram proporcionadas durante o período em que estive vinculado(a) a esta empresa.</w:t>
      </w:r>
    </w:p>
    <w:p/>
    <w:p>
      <w:r>
        <w:rPr>
          <w:b w:val="0"/>
          <w:sz w:val="22"/>
        </w:rPr>
        <w:t>Solicito que sejam tomadas as providências necessárias para o encerramento do meu vínculo empregatício, incluindo o pagamento das verbas rescisórias devidas, conforme previsto na Consolidação das Leis do Trabalho (CLT).</w:t>
      </w:r>
    </w:p>
    <w:p/>
    <w:p>
      <w:r>
        <w:rPr>
          <w:b w:val="0"/>
          <w:sz w:val="22"/>
        </w:rPr>
        <w:t>Declaro estar ciente de que cumprirei o aviso prévio conforme previsto em lei, salvo se houver acordo entre as partes.</w:t>
      </w:r>
    </w:p>
    <w:p/>
    <w:p>
      <w:r>
        <w:rPr>
          <w:b w:val="0"/>
          <w:sz w:val="22"/>
        </w:rPr>
        <w:t>Solicito, ainda, que me sejam fornecidos os documentos necessários para a habilitação no seguro-desemprego e demais direitos trabalhistas.</w:t>
      </w:r>
    </w:p>
    <w:p/>
    <w:p/>
    <w:p>
      <w:r>
        <w:rPr>
          <w:b w:val="0"/>
          <w:sz w:val="22"/>
        </w:rPr>
        <w:t>Sem mais,</w:t>
      </w:r>
    </w:p>
    <w:p/>
    <w:p/>
    <w:p/>
    <w:p>
      <w:r>
        <w:rPr>
          <w:b w:val="0"/>
          <w:sz w:val="22"/>
        </w:rPr>
        <w:t>_________________________________________________________</w:t>
      </w:r>
    </w:p>
    <w:p>
      <w:r>
        <w:rPr>
          <w:b w:val="0"/>
          <w:sz w:val="22"/>
        </w:rPr>
        <w:t>Assinatura do(a) Empregado(a)</w:t>
      </w:r>
    </w:p>
    <w:p/>
    <w:p>
      <w:r>
        <w:rPr>
          <w:b w:val="0"/>
          <w:sz w:val="22"/>
        </w:rPr>
        <w:t>Nome: ___________________________________________________</w:t>
      </w:r>
    </w:p>
    <w:p>
      <w:r>
        <w:rPr>
          <w:b w:val="0"/>
          <w:sz w:val="22"/>
        </w:rPr>
        <w:t>CPF: _____________________________________________________</w:t>
      </w:r>
    </w:p>
    <w:p>
      <w:r>
        <w:rPr>
          <w:b w:val="0"/>
          <w:sz w:val="22"/>
        </w:rPr>
        <w:t>CTPS nº: __________________ Série: ______ UF: ___________</w:t>
      </w:r>
    </w:p>
    <w:p/>
    <w:p/>
    <w:p>
      <w:r>
        <w:rPr>
          <w:b/>
          <w:sz w:val="22"/>
        </w:rPr>
        <w:t>Testemunhas:</w:t>
      </w:r>
    </w:p>
    <w:p/>
    <w:p>
      <w:r>
        <w:rPr>
          <w:b w:val="0"/>
          <w:sz w:val="22"/>
        </w:rPr>
        <w:t>1. Nome: ___________________________________ CPF: _____________________</w:t>
      </w:r>
    </w:p>
    <w:p>
      <w:r>
        <w:rPr>
          <w:b w:val="0"/>
          <w:sz w:val="22"/>
        </w:rPr>
        <w:t xml:space="preserve">   Assinatura: __________________________________________________________</w:t>
      </w:r>
    </w:p>
    <w:p/>
    <w:p>
      <w:r>
        <w:rPr>
          <w:b w:val="0"/>
          <w:sz w:val="22"/>
        </w:rPr>
        <w:t>2. Nome: ___________________________________ CPF: _____________________</w:t>
      </w:r>
    </w:p>
    <w:p>
      <w:r>
        <w:rPr>
          <w:b w:val="0"/>
          <w:sz w:val="22"/>
        </w:rPr>
        <w:t xml:space="preserve">   Assinatura: __________________________________________________________</w:t>
      </w:r>
    </w:p>
    <w:p/>
    <w:p/>
    <w:p>
      <w:r>
        <w:rPr>
          <w:b/>
          <w:sz w:val="22"/>
        </w:rPr>
        <w:t>Declaro que recebi uma via desta carta de demissão e que estou ciente de todos os termos aqui expostos.</w:t>
      </w:r>
    </w:p>
    <w:p/>
    <w:p/>
    <w:p/>
    <w:p/>
    <w:p>
      <w:r>
        <w:rPr>
          <w:b w:val="0"/>
          <w:sz w:val="22"/>
        </w:rPr>
        <w:t>_________________________________________________________</w:t>
      </w:r>
    </w:p>
    <w:p>
      <w:r>
        <w:rPr>
          <w:b w:val="0"/>
          <w:sz w:val="22"/>
        </w:rPr>
        <w:t>Assinatura do(a) Empregador(a) / Representante Legal</w:t>
      </w:r>
    </w:p>
    <w:p/>
    <w:p>
      <w:r>
        <w:rPr>
          <w:b w:val="0"/>
          <w:sz w:val="22"/>
        </w:rPr>
        <w:t>Nome: ___________________________________________________</w:t>
      </w:r>
    </w:p>
    <w:p>
      <w:r>
        <w:rPr>
          <w:b w:val="0"/>
          <w:sz w:val="22"/>
        </w:rPr>
        <w:t>Cargo: 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https://documentos-lex.com/carta-de-demissao-sem-justa-causa/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carta-de-demissao-sem-justa-causa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