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CARTA DE CONTRATAÇÃO</w:t>
      </w:r>
    </w:p>
    <w:p/>
    <w:p/>
    <w:p>
      <w:pPr>
        <w:ind w:firstLine="360"/>
      </w:pPr>
      <w:r>
        <w:rPr>
          <w:b w:val="0"/>
          <w:sz w:val="22"/>
        </w:rPr>
        <w:t>À</w:t>
      </w:r>
    </w:p>
    <w:p>
      <w:pPr>
        <w:ind w:firstLine="360"/>
      </w:pPr>
      <w:r>
        <w:rPr>
          <w:b w:val="0"/>
          <w:sz w:val="22"/>
        </w:rPr>
        <w:t>_____________________________________________</w:t>
      </w:r>
    </w:p>
    <w:p>
      <w:pPr>
        <w:ind w:firstLine="360"/>
      </w:pPr>
      <w:r>
        <w:rPr>
          <w:b w:val="0"/>
          <w:sz w:val="22"/>
        </w:rPr>
        <w:t>Nome da Empresa Contratante</w:t>
      </w:r>
    </w:p>
    <w:p>
      <w:pPr>
        <w:jc w:val="center"/>
      </w:pPr>
      <w:r>
        <w:rPr>
          <w:b/>
          <w:sz w:val="24"/>
        </w:rPr>
        <w:t>CNPJ: ______________________________________</w:t>
      </w:r>
    </w:p>
    <w:p>
      <w:pPr>
        <w:ind w:firstLine="360"/>
      </w:pPr>
      <w:r>
        <w:rPr>
          <w:b w:val="0"/>
          <w:sz w:val="22"/>
        </w:rPr>
        <w:t>Endereço: __________________________________</w:t>
      </w:r>
    </w:p>
    <w:p>
      <w:pPr>
        <w:ind w:firstLine="360"/>
      </w:pPr>
      <w:r>
        <w:rPr>
          <w:b w:val="0"/>
          <w:sz w:val="22"/>
        </w:rPr>
        <w:t>____________________________________________</w:t>
      </w:r>
    </w:p>
    <w:p/>
    <w:p>
      <w:pPr>
        <w:ind w:firstLine="360"/>
      </w:pPr>
      <w:r>
        <w:rPr>
          <w:b w:val="0"/>
          <w:sz w:val="22"/>
        </w:rPr>
        <w:t>Prezado(a) Senhor(a),</w:t>
      </w:r>
    </w:p>
    <w:p/>
    <w:p>
      <w:r>
        <w:rPr>
          <w:b/>
          <w:sz w:val="22"/>
        </w:rPr>
        <w:t>Por meio desta, a empresa acima identificada formaliza a contratação de:</w:t>
      </w:r>
    </w:p>
    <w:p/>
    <w:p>
      <w:pPr>
        <w:ind w:firstLine="360"/>
      </w:pPr>
      <w:r>
        <w:rPr>
          <w:b w:val="0"/>
          <w:sz w:val="22"/>
        </w:rPr>
        <w:t>Nome do(a) Empregado(a): ________________________________________________</w:t>
      </w:r>
    </w:p>
    <w:p>
      <w:pPr>
        <w:ind w:firstLine="360"/>
      </w:pPr>
      <w:r>
        <w:rPr>
          <w:b w:val="0"/>
          <w:sz w:val="22"/>
        </w:rPr>
        <w:t>Nacionalidade: __________________________________________________________</w:t>
      </w:r>
    </w:p>
    <w:p>
      <w:pPr>
        <w:ind w:firstLine="360"/>
      </w:pPr>
      <w:r>
        <w:rPr>
          <w:b w:val="0"/>
          <w:sz w:val="22"/>
        </w:rPr>
        <w:t>Estado Civil: ____________________________________________________________</w:t>
      </w:r>
    </w:p>
    <w:p>
      <w:pPr>
        <w:ind w:firstLine="360"/>
      </w:pPr>
      <w:r>
        <w:rPr>
          <w:b w:val="0"/>
          <w:sz w:val="22"/>
        </w:rPr>
        <w:t>Profissão/Função: _______________________________________________________</w:t>
      </w:r>
    </w:p>
    <w:p>
      <w:pPr>
        <w:jc w:val="center"/>
      </w:pPr>
      <w:r>
        <w:rPr>
          <w:b/>
          <w:sz w:val="24"/>
        </w:rPr>
        <w:t>CPF: _________________________________________________________________</w:t>
      </w:r>
    </w:p>
    <w:p>
      <w:pPr>
        <w:jc w:val="center"/>
      </w:pPr>
      <w:r>
        <w:rPr>
          <w:b/>
          <w:sz w:val="24"/>
        </w:rPr>
        <w:t>RG: _________________________________________________________________</w:t>
      </w:r>
    </w:p>
    <w:p>
      <w:pPr>
        <w:ind w:firstLine="360"/>
      </w:pPr>
      <w:r>
        <w:rPr>
          <w:b w:val="0"/>
          <w:sz w:val="22"/>
        </w:rPr>
        <w:t>Endereço Residencial: _________________________________________________</w:t>
      </w:r>
    </w:p>
    <w:p>
      <w:pPr>
        <w:ind w:firstLine="360"/>
      </w:pPr>
      <w:r>
        <w:rPr>
          <w:b w:val="0"/>
          <w:sz w:val="22"/>
        </w:rPr>
        <w:t>______________________________________________________________________</w:t>
      </w:r>
    </w:p>
    <w:p/>
    <w:p>
      <w:pPr>
        <w:ind w:firstLine="360"/>
      </w:pPr>
      <w:r>
        <w:rPr>
          <w:b w:val="0"/>
          <w:sz w:val="22"/>
        </w:rPr>
        <w:t>1. Objeto da contratação</w:t>
      </w:r>
    </w:p>
    <w:p/>
    <w:p>
      <w:r>
        <w:rPr>
          <w:b/>
          <w:sz w:val="22"/>
        </w:rPr>
        <w:t>O(a) Sr.(a) ____________________________________________________________ foi admitido(a) para exercer a função de ____________________________________________________, conforme as condições abaixo:</w:t>
      </w:r>
    </w:p>
    <w:p/>
    <w:p>
      <w:pPr>
        <w:ind w:firstLine="360"/>
      </w:pPr>
      <w:r>
        <w:rPr>
          <w:b w:val="0"/>
          <w:sz w:val="22"/>
        </w:rPr>
        <w:t>2. Data de início</w:t>
      </w:r>
    </w:p>
    <w:p/>
    <w:p>
      <w:pPr>
        <w:ind w:firstLine="360"/>
      </w:pPr>
      <w:r>
        <w:rPr>
          <w:b w:val="0"/>
          <w:sz w:val="22"/>
        </w:rPr>
        <w:t>A data de início das atividades será em ___/___/_____, ficando o(a) empregado(a) sujeito(a) ao cumprimento da jornada e demais normas internas da empresa.</w:t>
      </w:r>
    </w:p>
    <w:p/>
    <w:p>
      <w:pPr>
        <w:ind w:firstLine="360"/>
      </w:pPr>
      <w:r>
        <w:rPr>
          <w:b w:val="0"/>
          <w:sz w:val="22"/>
        </w:rPr>
        <w:t>3. Jornada de trabalho</w:t>
      </w:r>
    </w:p>
    <w:p/>
    <w:p>
      <w:pPr>
        <w:ind w:firstLine="360"/>
      </w:pPr>
      <w:r>
        <w:rPr>
          <w:b w:val="0"/>
          <w:sz w:val="22"/>
        </w:rPr>
        <w:t>A jornada de trabalho será de ____ horas diárias e ____ horas semanais, de segunda a sexta-feira, das ____ às ____ horas, com intervalo para descanso e alimentação de ____ minutos.</w:t>
      </w:r>
    </w:p>
    <w:p/>
    <w:p>
      <w:pPr>
        <w:ind w:firstLine="360"/>
      </w:pPr>
      <w:r>
        <w:rPr>
          <w:b w:val="0"/>
          <w:sz w:val="22"/>
        </w:rPr>
        <w:t>4. Remuneração</w:t>
      </w:r>
    </w:p>
    <w:p/>
    <w:p>
      <w:pPr>
        <w:ind w:firstLine="360"/>
      </w:pPr>
      <w:r>
        <w:rPr>
          <w:b w:val="0"/>
          <w:sz w:val="22"/>
        </w:rPr>
        <w:t>O salário pactuado é de R$ _______________ (valor por extenso), pagos mensalmente até o ____ dia útil do mês subsequente ao trabalhado, acrescido dos benefícios previstos em lei e/ou acordos coletivos.</w:t>
      </w:r>
    </w:p>
    <w:p/>
    <w:p>
      <w:pPr>
        <w:ind w:firstLine="360"/>
      </w:pPr>
      <w:r>
        <w:rPr>
          <w:b w:val="0"/>
          <w:sz w:val="22"/>
        </w:rPr>
        <w:t>5. Benefícios</w:t>
      </w:r>
    </w:p>
    <w:p/>
    <w:p>
      <w:r>
        <w:rPr>
          <w:b/>
          <w:sz w:val="22"/>
        </w:rPr>
        <w:t>Além do salário, o(a) empregado(a) terá direito aos seguintes benefícios:</w:t>
      </w:r>
    </w:p>
    <w:p>
      <w:r>
        <w:rPr>
          <w:b w:val="0"/>
          <w:sz w:val="22"/>
        </w:rPr>
        <w:t>- Vale-transporte;</w:t>
      </w:r>
    </w:p>
    <w:p>
      <w:r>
        <w:rPr>
          <w:b w:val="0"/>
          <w:sz w:val="22"/>
        </w:rPr>
        <w:t>- Vale-alimentação/refeição;</w:t>
      </w:r>
    </w:p>
    <w:p>
      <w:r>
        <w:rPr>
          <w:b w:val="0"/>
          <w:sz w:val="22"/>
        </w:rPr>
        <w:t>- Plano de saúde (se aplicável);</w:t>
      </w:r>
    </w:p>
    <w:p>
      <w:r>
        <w:rPr>
          <w:b w:val="0"/>
          <w:sz w:val="22"/>
        </w:rPr>
        <w:t>- Outros: ____________________________________________________________</w:t>
      </w:r>
    </w:p>
    <w:p/>
    <w:p>
      <w:pPr>
        <w:ind w:firstLine="360"/>
      </w:pPr>
      <w:r>
        <w:rPr>
          <w:b w:val="0"/>
          <w:sz w:val="22"/>
        </w:rPr>
        <w:t>6. Período de experiência</w:t>
      </w:r>
    </w:p>
    <w:p/>
    <w:p>
      <w:pPr>
        <w:ind w:firstLine="360"/>
      </w:pPr>
      <w:r>
        <w:rPr>
          <w:b w:val="0"/>
          <w:sz w:val="22"/>
        </w:rPr>
        <w:t>O contrato de trabalho poderá ser celebrado com período de experiência de até 90 (noventa) dias, conforme previsto no art. 445 da CLT, podendo ser prorrogado uma única vez, desde que não ultrapasse este prazo.</w:t>
      </w:r>
    </w:p>
    <w:p/>
    <w:p>
      <w:pPr>
        <w:ind w:firstLine="360"/>
      </w:pPr>
      <w:r>
        <w:rPr>
          <w:b w:val="0"/>
          <w:sz w:val="22"/>
        </w:rPr>
        <w:t>7. Obrigações do empregado</w:t>
      </w:r>
    </w:p>
    <w:p/>
    <w:p>
      <w:pPr>
        <w:ind w:firstLine="360"/>
      </w:pPr>
      <w:r>
        <w:rPr>
          <w:b w:val="0"/>
          <w:sz w:val="22"/>
        </w:rPr>
        <w:t>O(a) empregado(a) compromete-se a cumprir as normas internas da empresa, exercer suas funções com zelo, diligência e disciplina, respeitando as determinações legais e regulamentares.</w:t>
      </w:r>
    </w:p>
    <w:p/>
    <w:p>
      <w:pPr>
        <w:ind w:firstLine="360"/>
      </w:pPr>
      <w:r>
        <w:rPr>
          <w:b w:val="0"/>
          <w:sz w:val="22"/>
        </w:rPr>
        <w:t>8. Rescisão contratual</w:t>
      </w:r>
    </w:p>
    <w:p/>
    <w:p>
      <w:pPr>
        <w:ind w:firstLine="360"/>
      </w:pPr>
      <w:r>
        <w:rPr>
          <w:b w:val="0"/>
          <w:sz w:val="22"/>
        </w:rPr>
        <w:t>A rescisão do contrato de trabalho observará o disposto na Consolidação das Leis do Trabalho (CLT), com cumprimento de aviso prévio e demais direitos trabalhistas.</w:t>
      </w:r>
    </w:p>
    <w:p/>
    <w:p>
      <w:pPr>
        <w:ind w:firstLine="360"/>
      </w:pPr>
      <w:r>
        <w:rPr>
          <w:b w:val="0"/>
          <w:sz w:val="22"/>
        </w:rPr>
        <w:t>9. Disposições gerais</w:t>
      </w:r>
    </w:p>
    <w:p/>
    <w:p>
      <w:pPr>
        <w:ind w:firstLine="360"/>
      </w:pPr>
      <w:r>
        <w:rPr>
          <w:b w:val="0"/>
          <w:sz w:val="22"/>
        </w:rPr>
        <w:t>Este documento constitui proposta formal de contratação e será integrado ao contrato de trabalho a ser firmado pelas partes, respeitando a legislação vigente.</w:t>
      </w:r>
    </w:p>
    <w:p/>
    <w:p>
      <w:pPr>
        <w:ind w:firstLine="360"/>
      </w:pPr>
      <w:r>
        <w:rPr>
          <w:b w:val="0"/>
          <w:sz w:val="22"/>
        </w:rPr>
        <w:t>Sem mais para o momento, colocamo-nos à disposição para quaisquer esclarecimentos.</w:t>
      </w:r>
    </w:p>
    <w:p/>
    <w:p>
      <w:pPr>
        <w:ind w:firstLine="360"/>
      </w:pPr>
      <w:r>
        <w:rPr>
          <w:b w:val="0"/>
          <w:sz w:val="22"/>
        </w:rPr>
        <w:t>Atenciosamente,</w:t>
      </w:r>
    </w:p>
    <w:p/>
    <w:p>
      <w:pPr>
        <w:ind w:firstLine="360"/>
      </w:pPr>
      <w:r>
        <w:rPr>
          <w:b w:val="0"/>
          <w:sz w:val="22"/>
        </w:rPr>
        <w:t>______________________________________________</w:t>
      </w:r>
    </w:p>
    <w:p>
      <w:pPr>
        <w:ind w:firstLine="360"/>
      </w:pPr>
      <w:r>
        <w:rPr>
          <w:b w:val="0"/>
          <w:sz w:val="22"/>
        </w:rPr>
        <w:t>Nome e assinatura do representante legal</w:t>
      </w:r>
    </w:p>
    <w:p>
      <w:pPr>
        <w:ind w:firstLine="360"/>
      </w:pPr>
      <w:r>
        <w:rPr>
          <w:b w:val="0"/>
          <w:sz w:val="22"/>
        </w:rPr>
        <w:t>Cargo: _______________________________________</w:t>
      </w:r>
    </w:p>
    <w:p/>
    <w:p>
      <w:pPr>
        <w:ind w:firstLine="360"/>
      </w:pPr>
      <w:r>
        <w:rPr>
          <w:b w:val="0"/>
          <w:sz w:val="22"/>
        </w:rPr>
        <w:t>______________________________________________</w:t>
      </w:r>
    </w:p>
    <w:p>
      <w:pPr>
        <w:ind w:firstLine="360"/>
      </w:pPr>
      <w:r>
        <w:rPr>
          <w:b w:val="0"/>
          <w:sz w:val="22"/>
        </w:rPr>
        <w:t>Nome e assinatura do(a) empregado(a)</w:t>
      </w:r>
    </w:p>
    <w:p/>
    <w:p>
      <w:r>
        <w:rPr>
          <w:b/>
          <w:sz w:val="22"/>
        </w:rPr>
        <w:t>Testemunhas:</w:t>
      </w:r>
    </w:p>
    <w:p/>
    <w:p>
      <w:pPr>
        <w:ind w:firstLine="360"/>
      </w:pPr>
      <w:r>
        <w:rPr>
          <w:b w:val="0"/>
          <w:sz w:val="22"/>
        </w:rPr>
        <w:t>1) ___________________________________________</w:t>
      </w:r>
    </w:p>
    <w:p>
      <w:r>
        <w:rPr>
          <w:b/>
          <w:sz w:val="22"/>
        </w:rPr>
        <w:t>Nome:</w:t>
      </w:r>
    </w:p>
    <w:p>
      <w:r>
        <w:rPr>
          <w:b/>
          <w:sz w:val="22"/>
        </w:rPr>
        <w:t>CPF:</w:t>
      </w:r>
    </w:p>
    <w:p/>
    <w:p>
      <w:pPr>
        <w:ind w:firstLine="360"/>
      </w:pPr>
      <w:r>
        <w:rPr>
          <w:b w:val="0"/>
          <w:sz w:val="22"/>
        </w:rPr>
        <w:t>2) ___________________________________________</w:t>
      </w:r>
    </w:p>
    <w:p>
      <w:r>
        <w:rPr>
          <w:b/>
          <w:sz w:val="22"/>
        </w:rPr>
        <w:t>Nome:</w:t>
      </w:r>
    </w:p>
    <w:p>
      <w:r>
        <w:rPr>
          <w:b/>
          <w:sz w:val="22"/>
        </w:rPr>
        <w:t>CPF:</w:t>
      </w:r>
    </w:p>
    <w:p>
      <w:r>
        <w:br w:type="page"/>
      </w:r>
    </w:p>
    <w:p>
      <w:pPr>
        <w:jc w:val="center"/>
      </w:pPr>
      <w:r>
        <w:rPr>
          <w:color w:val="555555"/>
          <w:sz w:val="24"/>
        </w:rPr>
        <w:t>Fonte original deste documento:</w:t>
      </w:r>
    </w:p>
    <w:p>
      <w:pPr>
        <w:jc w:val="center"/>
      </w:pPr>
      <w:hyperlink r:id="rId9">
        <w:r>
          <w:rPr>
            <w:color w:val="0000FF"/>
            <w:u w:val="single"/>
          </w:rPr>
          <w:t>https://documentos-lex.com/carta-de-contratacao/</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https://documentos-lex.com</w:t>
        </w:r>
      </w:hyperlink>
    </w:p>
    <w:p>
      <w:pPr>
        <w:jc w:val="center"/>
      </w:pPr>
      <w:r>
        <w:rPr>
          <w:color w:val="808080"/>
          <w:sz w:val="20"/>
        </w:rPr>
        <w:t>Este modelo é destinado exclusivamente para uso pessoal e não comercial.</w:t>
        <w:br/>
        <w:t>Ao compartilhar ou publicar, a citação da fonte é obrigatória. © documentos-lex.com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umentos-lex.com/carta-de-contratacao/" TargetMode="External"/><Relationship Id="rId10" Type="http://schemas.openxmlformats.org/officeDocument/2006/relationships/hyperlink" Target="https://documentos-lex.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