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AUTORIZAÇÃO DE SERVIÇO</w:t>
      </w:r>
    </w:p>
    <w:p/>
    <w:p/>
    <w:p>
      <w:r>
        <w:rPr>
          <w:b/>
          <w:sz w:val="22"/>
        </w:rPr>
        <w:t>AUTORIZANTE:</w:t>
      </w:r>
    </w:p>
    <w:p>
      <w:r>
        <w:rPr>
          <w:b w:val="0"/>
          <w:sz w:val="22"/>
        </w:rPr>
        <w:t>Nome: _________________________________________________________________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/>
          <w:sz w:val="22"/>
        </w:rPr>
        <w:t>AUTORIZADO:</w:t>
      </w:r>
    </w:p>
    <w:p>
      <w:r>
        <w:rPr>
          <w:b w:val="0"/>
          <w:sz w:val="22"/>
        </w:rPr>
        <w:t>Nome/Razão Social: 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</w:t>
      </w:r>
    </w:p>
    <w:p/>
    <w:p>
      <w:r>
        <w:rPr>
          <w:b/>
          <w:sz w:val="22"/>
        </w:rPr>
        <w:t>DESCRIÇÃO DO SERVIÇO AUTORIZADO: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</w:t>
      </w:r>
    </w:p>
    <w:p/>
    <w:p>
      <w:r>
        <w:rPr>
          <w:b/>
          <w:sz w:val="22"/>
        </w:rPr>
        <w:t>PRAZO PARA EXECUÇÃO DO SERVIÇO:</w:t>
      </w:r>
    </w:p>
    <w:p>
      <w:r>
        <w:rPr>
          <w:b w:val="0"/>
          <w:sz w:val="22"/>
        </w:rPr>
        <w:t>O serviço deverá ser executado no prazo de ______________ (dias/meses), a contar da data de recebimento desta autorização.</w:t>
      </w:r>
    </w:p>
    <w:p/>
    <w:p>
      <w:r>
        <w:rPr>
          <w:b/>
          <w:sz w:val="22"/>
        </w:rPr>
        <w:t>VALOR E CONDIÇÕES DE PAGAMENTO:</w:t>
      </w:r>
    </w:p>
    <w:p>
      <w:r>
        <w:rPr>
          <w:b w:val="0"/>
          <w:sz w:val="22"/>
        </w:rPr>
        <w:t>O valor total do serviço será de R$ ________________, a ser pago conforme as condições abaixo:</w:t>
      </w:r>
    </w:p>
    <w:p>
      <w:r>
        <w:rPr>
          <w:b w:val="0"/>
          <w:sz w:val="22"/>
        </w:rPr>
        <w:t>- Forma de pagamento: ____________________________________________________</w:t>
      </w:r>
    </w:p>
    <w:p>
      <w:r>
        <w:rPr>
          <w:b w:val="0"/>
          <w:sz w:val="22"/>
        </w:rPr>
        <w:t>- Parcelamento (se houver): ______________________________________________</w:t>
      </w:r>
    </w:p>
    <w:p>
      <w:r>
        <w:rPr>
          <w:b w:val="0"/>
          <w:sz w:val="22"/>
        </w:rPr>
        <w:t>- Data(s) de vencimento: _________________________________________________</w:t>
      </w:r>
    </w:p>
    <w:p/>
    <w:p>
      <w:r>
        <w:rPr>
          <w:b/>
          <w:sz w:val="22"/>
        </w:rPr>
        <w:t>OBRIGAÇÕES DO AUTORIZADO:</w:t>
      </w:r>
    </w:p>
    <w:p>
      <w:r>
        <w:rPr>
          <w:b w:val="0"/>
          <w:sz w:val="22"/>
        </w:rPr>
        <w:t>1. Executar o serviço conforme especificações contidas nesta autorização.</w:t>
      </w:r>
    </w:p>
    <w:p>
      <w:r>
        <w:rPr>
          <w:b w:val="0"/>
          <w:sz w:val="22"/>
        </w:rPr>
        <w:t>2. Cumprir as normas técnicas, de segurança e legislação aplicável.</w:t>
      </w:r>
    </w:p>
    <w:p>
      <w:r>
        <w:rPr>
          <w:b w:val="0"/>
          <w:sz w:val="22"/>
        </w:rPr>
        <w:t>3. Informar imediatamente à autorizante qualquer ocorrência que possa afetar a execução do serviço.</w:t>
      </w:r>
    </w:p>
    <w:p>
      <w:r>
        <w:rPr>
          <w:b w:val="0"/>
          <w:sz w:val="22"/>
        </w:rPr>
        <w:t>4. Responsabilizar-se por eventuais danos causados durante a execução do serviço.</w:t>
      </w:r>
    </w:p>
    <w:p/>
    <w:p>
      <w:r>
        <w:rPr>
          <w:b/>
          <w:sz w:val="22"/>
        </w:rPr>
        <w:t>OBRIGAÇÕES DO AUTORIZANTE:</w:t>
      </w:r>
    </w:p>
    <w:p>
      <w:r>
        <w:rPr>
          <w:b w:val="0"/>
          <w:sz w:val="22"/>
        </w:rPr>
        <w:t>1. Fornecer todas as informações e documentos necessários para a execução do serviço.</w:t>
      </w:r>
    </w:p>
    <w:p>
      <w:r>
        <w:rPr>
          <w:b w:val="0"/>
          <w:sz w:val="22"/>
        </w:rPr>
        <w:t>2. Efetuar o pagamento conforme acordado.</w:t>
      </w:r>
    </w:p>
    <w:p>
      <w:r>
        <w:rPr>
          <w:b w:val="0"/>
          <w:sz w:val="22"/>
        </w:rPr>
        <w:t>3. Permitir o acesso do autorizado ao local para realização dos serviços.</w:t>
      </w:r>
    </w:p>
    <w:p/>
    <w:p>
      <w:r>
        <w:rPr>
          <w:b/>
          <w:sz w:val="22"/>
        </w:rPr>
        <w:t>CONDIÇÕES GERAIS:</w:t>
      </w:r>
    </w:p>
    <w:p>
      <w:r>
        <w:rPr>
          <w:b w:val="0"/>
          <w:sz w:val="22"/>
        </w:rPr>
        <w:t>- Esta autorização é válida somente para o serviço especificado e não transfere poderes para outros atos.</w:t>
      </w:r>
    </w:p>
    <w:p>
      <w:r>
        <w:rPr>
          <w:b w:val="0"/>
          <w:sz w:val="22"/>
        </w:rPr>
        <w:t>- A presente autorização poderá ser revogada mediante comunicação por escrito com antecedência mínima de __ dias.</w:t>
      </w:r>
    </w:p>
    <w:p>
      <w:r>
        <w:rPr>
          <w:b w:val="0"/>
          <w:sz w:val="22"/>
        </w:rPr>
        <w:t>- O autorizado deverá manter sigilo sobre informações confidenciais recebidas em razão deste serviço.</w:t>
      </w:r>
    </w:p>
    <w:p>
      <w:r>
        <w:rPr>
          <w:b w:val="0"/>
          <w:sz w:val="22"/>
        </w:rPr>
        <w:t>- O não cumprimento das obrigações estipuladas poderá ensejar a rescisão desta autorização e eventuais responsabilizações.</w:t>
      </w:r>
    </w:p>
    <w:p/>
    <w:p>
      <w:r>
        <w:rPr>
          <w:b/>
          <w:sz w:val="22"/>
        </w:rPr>
        <w:t>FORO:</w:t>
      </w:r>
    </w:p>
    <w:p>
      <w:r>
        <w:rPr>
          <w:b w:val="0"/>
          <w:sz w:val="22"/>
        </w:rPr>
        <w:t>Para dirimir dúvidas ou controvérsias oriundas desta autorização, as partes elegem o foro da comarca de __________________________, Estado de ____________________, com renúncia a qualquer outro, por mais privilegiado que seja.</w:t>
      </w:r>
    </w:p>
    <w:p/>
    <w:p/>
    <w:p>
      <w:r>
        <w:rPr>
          <w:b w:val="0"/>
          <w:sz w:val="22"/>
        </w:rPr>
        <w:t>Local: _____________________________________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AUTORIZANTE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AUTORIZADO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____________________________________</w:t>
              <w:br/>
              <w:t>CPF/CNPJ: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____________________________________</w:t>
              <w:br/>
              <w:t>CPF/CNPJ: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https://documentos-lex.com/autorizacao-de-servico/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autorizacao-de-servic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