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ACORDO DE PARTILHA DE BENS</w:t>
      </w:r>
    </w:p>
    <w:p/>
    <w:p/>
    <w:p>
      <w:pPr>
        <w:jc w:val="both"/>
      </w:pPr>
      <w:r>
        <w:rPr>
          <w:b w:val="0"/>
          <w:sz w:val="20"/>
        </w:rPr>
        <w:t>Pelo presente instrumento particular, as partes abaixo assinadas,</w:t>
      </w:r>
    </w:p>
    <w:p>
      <w:pPr>
        <w:jc w:val="both"/>
      </w:pPr>
      <w:r>
        <w:rPr>
          <w:b w:val="0"/>
          <w:sz w:val="20"/>
        </w:rPr>
        <w:t>de um lado, ________________________________, brasileiro(a), estado civil ____________, profissão ____________________, portador(a) da cédula de identidade RG nº ________________, inscrito(a) no CPF/MF sob nº ________________, residente e domiciliado(a) à ________________________________________________________________,</w:t>
      </w:r>
    </w:p>
    <w:p>
      <w:pPr>
        <w:jc w:val="both"/>
      </w:pPr>
      <w:r>
        <w:rPr>
          <w:b w:val="0"/>
          <w:sz w:val="20"/>
        </w:rPr>
        <w:t>e de outro lado, ________________________________, brasileiro(a), estado civil ____________, profissão ____________________, portador(a) da cédula de identidade RG nº ________________, inscrito(a) no CPF/MF sob nº ________________, residente e domiciliado(a) à ________________________________________________________________,</w:t>
      </w:r>
    </w:p>
    <w:p>
      <w:pPr>
        <w:jc w:val="both"/>
      </w:pPr>
      <w:r>
        <w:rPr>
          <w:b w:val="0"/>
          <w:sz w:val="20"/>
        </w:rPr>
        <w:t>têm entre si, justo e acordado o presente ACORDO DE PARTILHA DE BENS, conforme as cláusulas e condições seguintes:</w:t>
      </w:r>
    </w:p>
    <w:p/>
    <w:p>
      <w:pPr>
        <w:jc w:val="left"/>
      </w:pPr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sz w:val="20"/>
        </w:rPr>
        <w:t>O presente acordo tem por objeto a partilha dos bens adquiridos na constância do relacionamento/conjugal entre as partes, conforme discriminados nas cláusulas seguintes.</w:t>
      </w:r>
    </w:p>
    <w:p/>
    <w:p>
      <w:pPr>
        <w:jc w:val="left"/>
      </w:pPr>
      <w:r>
        <w:rPr>
          <w:b/>
          <w:sz w:val="22"/>
        </w:rPr>
        <w:t>CLÁUSULA 2ª – DOS BENS A PARTILHAR</w:t>
      </w:r>
    </w:p>
    <w:p>
      <w:pPr>
        <w:jc w:val="both"/>
      </w:pPr>
      <w:r>
        <w:rPr>
          <w:b w:val="0"/>
          <w:sz w:val="20"/>
        </w:rPr>
        <w:t>As partes declaram que possuem e acordam partilhar os seguintes bens: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Descrição do Bem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Proprietário Atual</w:t>
            </w:r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Percentual de Partilha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</w:t>
            </w:r>
          </w:p>
        </w:tc>
        <w:tc>
          <w:tcPr>
            <w:tcW w:type="dxa" w:w="3324"/>
          </w:tcPr>
          <w:p>
            <w:r>
              <w:t>________ %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</w:t>
            </w:r>
          </w:p>
        </w:tc>
        <w:tc>
          <w:tcPr>
            <w:tcW w:type="dxa" w:w="3324"/>
          </w:tcPr>
          <w:p>
            <w:r>
              <w:t>________ %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</w:t>
            </w:r>
          </w:p>
        </w:tc>
        <w:tc>
          <w:tcPr>
            <w:tcW w:type="dxa" w:w="3324"/>
          </w:tcPr>
          <w:p>
            <w:r>
              <w:t>________ %</w:t>
            </w:r>
          </w:p>
        </w:tc>
      </w:tr>
    </w:tbl>
    <w:p/>
    <w:p>
      <w:pPr>
        <w:jc w:val="left"/>
      </w:pPr>
      <w:r>
        <w:rPr>
          <w:b/>
          <w:sz w:val="22"/>
        </w:rPr>
        <w:t>CLÁUSULA 3ª – DAS OBRIGAÇÕES DAS PARTES</w:t>
      </w:r>
    </w:p>
    <w:p>
      <w:pPr>
        <w:jc w:val="both"/>
      </w:pPr>
      <w:r>
        <w:rPr>
          <w:b w:val="0"/>
          <w:sz w:val="20"/>
        </w:rPr>
        <w:t>3.1. As partes comprometem-se a cumprir integralmente o presente acordo, efetuando os registros e transferências necessárias junto aos órgãos competentes;</w:t>
      </w:r>
    </w:p>
    <w:p>
      <w:pPr>
        <w:jc w:val="both"/>
      </w:pPr>
      <w:r>
        <w:rPr>
          <w:b w:val="0"/>
          <w:sz w:val="20"/>
        </w:rPr>
        <w:t>3.2. Cada parte responsabiliza-se pelos tributos e encargos incidentes sobre os bens que lhe forem atribuídos;</w:t>
      </w:r>
    </w:p>
    <w:p>
      <w:pPr>
        <w:jc w:val="both"/>
      </w:pPr>
      <w:r>
        <w:rPr>
          <w:b w:val="0"/>
          <w:sz w:val="20"/>
        </w:rPr>
        <w:t>3.3. Nenhuma das partes poderá dispor, alienar ou onerar os bens objeto deste acordo sem o consentimento expresso da outra parte, até que seja formalizada a partilha perante o cartório competente.</w:t>
      </w:r>
    </w:p>
    <w:p/>
    <w:p>
      <w:pPr>
        <w:jc w:val="left"/>
      </w:pPr>
      <w:r>
        <w:rPr>
          <w:b/>
          <w:sz w:val="22"/>
        </w:rPr>
        <w:t>CLÁUSULA 4ª – DA QUITAÇÃO</w:t>
      </w:r>
    </w:p>
    <w:p>
      <w:pPr>
        <w:jc w:val="both"/>
      </w:pPr>
      <w:r>
        <w:rPr>
          <w:b w:val="0"/>
          <w:sz w:val="20"/>
        </w:rPr>
        <w:t>As partes dão-se reciprocamente, neste ato, plena, geral e irrevogável quitação quanto aos bens partilhados, nada mais tendo a reclamar uma da outra em relação a esses bens, seja a que título for.</w:t>
      </w:r>
    </w:p>
    <w:p/>
    <w:p>
      <w:pPr>
        <w:jc w:val="left"/>
      </w:pPr>
      <w:r>
        <w:rPr>
          <w:b/>
          <w:sz w:val="22"/>
        </w:rPr>
        <w:t>CLÁUSULA 5ª – DAS DISPOSIÇÕES GERAIS</w:t>
      </w:r>
    </w:p>
    <w:p>
      <w:pPr>
        <w:jc w:val="both"/>
      </w:pPr>
      <w:r>
        <w:rPr>
          <w:b w:val="0"/>
          <w:sz w:val="20"/>
        </w:rPr>
        <w:t>5.1. Eventuais despesas decorrentes da formalização e registro deste acordo serão suportadas pelas partes na proporção que acordarem entre si;</w:t>
      </w:r>
    </w:p>
    <w:p>
      <w:pPr>
        <w:jc w:val="both"/>
      </w:pPr>
      <w:r>
        <w:rPr>
          <w:b w:val="0"/>
          <w:sz w:val="20"/>
        </w:rPr>
        <w:t>5.2. O presente acordo representa a vontade livre e consciente das partes, não tendo sido firmado sob qualquer coação, erro ou vício;</w:t>
      </w:r>
    </w:p>
    <w:p>
      <w:pPr>
        <w:jc w:val="both"/>
      </w:pPr>
      <w:r>
        <w:rPr>
          <w:b w:val="0"/>
          <w:sz w:val="20"/>
        </w:rPr>
        <w:t>5.3. As partes elegem o foro da comarca de ______________________ para dirimir quaisquer controvérsias oriundas deste acordo, com renúncia a qualquer outro, por mais privilegiado que seja.</w:t>
      </w:r>
    </w:p>
    <w:p/>
    <w:p/>
    <w:p>
      <w:pPr>
        <w:jc w:val="left"/>
      </w:pPr>
      <w:r>
        <w:rPr>
          <w:b/>
          <w:sz w:val="22"/>
        </w:rPr>
        <w:t>CLÁUSULA 6ª – DA HOMOLOGAÇÃO</w:t>
      </w:r>
    </w:p>
    <w:p>
      <w:pPr>
        <w:jc w:val="both"/>
      </w:pPr>
      <w:r>
        <w:rPr>
          <w:b w:val="0"/>
          <w:sz w:val="20"/>
        </w:rPr>
        <w:t>As partes requerem a homologação judicial do presente acordo para que produza todos os efeitos legais, especialmente para fins de registro e averbação junto aos órgãos competentes.</w:t>
      </w:r>
    </w:p>
    <w:p/>
    <w:p/>
    <w:p/>
    <w:p>
      <w:pPr>
        <w:jc w:val="both"/>
      </w:pPr>
      <w:r>
        <w:rPr>
          <w:b w:val="0"/>
          <w:sz w:val="20"/>
        </w:rPr>
        <w:t>__________________________, ____ de ____________________ de 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          ______________________________________________</w:t>
      </w:r>
    </w:p>
    <w:p>
      <w:pPr>
        <w:jc w:val="center"/>
      </w:pPr>
      <w:r>
        <w:rPr>
          <w:b w:val="0"/>
          <w:sz w:val="20"/>
        </w:rPr>
        <w:t>Nome do(a) Primeiro(a) Signatário(a)                             Nome do(a) Segundo(a) Signatário(a)</w:t>
      </w:r>
    </w:p>
    <w:p>
      <w:pPr>
        <w:jc w:val="center"/>
      </w:pPr>
      <w:r>
        <w:rPr>
          <w:b w:val="0"/>
          <w:sz w:val="20"/>
        </w:rPr>
        <w:t>CPF: ________________                                                      CPF: ________________</w:t>
      </w:r>
    </w:p>
    <w:p/>
    <w:p/>
    <w:p/>
    <w:p>
      <w:pPr>
        <w:jc w:val="both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Advogado(a) – OAB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https://documentos-lex.com/acordo-de-partilha-de-bens/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acordo-de-partilha-de-bens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