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INDENIZATÓRIA</w:t>
      </w:r>
    </w:p>
    <w:p/>
    <w:p>
      <w:r>
        <w:rPr>
          <w:b w:val="0"/>
          <w:sz w:val="20"/>
        </w:rPr>
        <w:t>EXCELENTÍSSIMO(A) SENHOR(A) DOUTOR(A) JUIZ(A) DE DIREITO DA ___ VARA CÍVEL DE ________________________________</w:t>
      </w:r>
    </w:p>
    <w:p/>
    <w:p>
      <w:r>
        <w:rPr>
          <w:b w:val="0"/>
          <w:sz w:val="20"/>
        </w:rPr>
        <w:t>NOME COMPLETO DO AUTOR: _________________________________________________________</w:t>
      </w:r>
    </w:p>
    <w:p>
      <w:r>
        <w:rPr>
          <w:b w:val="0"/>
          <w:sz w:val="20"/>
        </w:rPr>
        <w:t>NACIONALIDADE: ____________________ ESTADO CIVIL: _________________________________</w:t>
      </w:r>
    </w:p>
    <w:p>
      <w:r>
        <w:rPr>
          <w:b w:val="0"/>
          <w:sz w:val="20"/>
        </w:rPr>
        <w:t>PROFISSÃO: ________________________________________________________________________</w:t>
      </w:r>
    </w:p>
    <w:p>
      <w:r>
        <w:rPr>
          <w:b w:val="0"/>
          <w:sz w:val="20"/>
        </w:rPr>
        <w:t>CPF: ____________________________ RG: ______________________________________________</w:t>
      </w:r>
    </w:p>
    <w:p>
      <w:r>
        <w:rPr>
          <w:b w:val="0"/>
          <w:sz w:val="20"/>
        </w:rPr>
        <w:t>ENDEREÇO RESIDENCIAL: _____________________________________________________________</w:t>
      </w:r>
    </w:p>
    <w:p>
      <w:r>
        <w:rPr>
          <w:b w:val="0"/>
          <w:sz w:val="20"/>
        </w:rPr>
        <w:t>CEP: ___________________________ CIDADE: ____________________ UF: _________________</w:t>
      </w:r>
    </w:p>
    <w:p>
      <w:r>
        <w:rPr>
          <w:b w:val="0"/>
          <w:sz w:val="20"/>
        </w:rPr>
        <w:t>E-MAIL: ___________________________________________________________________________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________________________________________________________________________</w:t>
      </w:r>
    </w:p>
    <w:p/>
    <w:p>
      <w:r>
        <w:rPr>
          <w:b w:val="0"/>
          <w:sz w:val="20"/>
        </w:rPr>
        <w:t>NOME COMPLETO DO RÉU: ____________________________________________________________</w:t>
      </w:r>
    </w:p>
    <w:p>
      <w:r>
        <w:rPr>
          <w:b w:val="0"/>
          <w:sz w:val="20"/>
        </w:rPr>
        <w:t>NACIONALIDADE: ____________________ ESTADO CIVIL: _________________________________</w:t>
      </w:r>
    </w:p>
    <w:p>
      <w:r>
        <w:rPr>
          <w:b w:val="0"/>
          <w:sz w:val="20"/>
        </w:rPr>
        <w:t>PROFISSÃO: ________________________________________________________________________</w:t>
      </w:r>
    </w:p>
    <w:p>
      <w:r>
        <w:rPr>
          <w:b w:val="0"/>
          <w:sz w:val="20"/>
        </w:rPr>
        <w:t>CPF/CNPJ: ________________________ RG/INSCRIÇÃO: ___________________________________</w:t>
      </w:r>
    </w:p>
    <w:p>
      <w:r>
        <w:rPr>
          <w:b w:val="0"/>
          <w:sz w:val="20"/>
        </w:rPr>
        <w:t>ENDEREÇO: ________________________________________________________________________</w:t>
      </w:r>
    </w:p>
    <w:p>
      <w:r>
        <w:rPr>
          <w:b w:val="0"/>
          <w:sz w:val="20"/>
        </w:rPr>
        <w:t>CEP: ___________________________ CIDADE: ____________________ UF: _________________</w:t>
      </w:r>
    </w:p>
    <w:p>
      <w:r>
        <w:rPr>
          <w:b w:val="0"/>
          <w:sz w:val="20"/>
        </w:rPr>
        <w:t>E-MAIL: ___________________________________________________________________________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Autor firmou contrato/estabeleceu relação jurídica com o Réu em data ____________, na qual ____________.</w:t>
      </w:r>
    </w:p>
    <w:p>
      <w:r>
        <w:rPr>
          <w:b w:val="0"/>
          <w:sz w:val="20"/>
        </w:rPr>
        <w:t>2. Em decorrência de ato ilícito praticado pelo Réu, consistente em ____________________________, o Autor sofreu danos materiais e morais.</w:t>
      </w:r>
    </w:p>
    <w:p>
      <w:r>
        <w:rPr>
          <w:b w:val="0"/>
          <w:sz w:val="20"/>
        </w:rPr>
        <w:t>3. Descrever detalhadamente os fatos que ensejaram o pedido de indenização, incluindo locais, datas, circunstâncias e consequências.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4. O ato praticado pelo Réu configura ato ilícito nos termos do artigo 186 do Código Civil: “Aquele que, por ação ou omissão voluntária, negligência ou imprudência, violar direito e causar dano a outrem, ainda que exclusivamente moral, comete ato ilícito”.</w:t>
      </w:r>
    </w:p>
    <w:p>
      <w:r>
        <w:rPr>
          <w:b w:val="0"/>
          <w:sz w:val="20"/>
        </w:rPr>
        <w:t>5. O dever de indenizar encontra fundamento também no artigo 927 do Código Civil, determinando a obrigação de reparar o dano causado.</w:t>
      </w:r>
    </w:p>
    <w:p>
      <w:r>
        <w:rPr>
          <w:b w:val="0"/>
          <w:sz w:val="20"/>
        </w:rPr>
        <w:t>6. Jurisprudência consolidada do Superior Tribunal de Justiça e Tribunais Estaduais reconhece a responsabilidade civil nas hipóteses similares à presente demanda.</w:t>
      </w:r>
    </w:p>
    <w:p/>
    <w:p>
      <w:r>
        <w:rPr>
          <w:b/>
          <w:sz w:val="22"/>
        </w:rPr>
        <w:t>III – DOS DANOS</w:t>
      </w:r>
    </w:p>
    <w:p/>
    <w:p>
      <w:r>
        <w:rPr>
          <w:b w:val="0"/>
          <w:sz w:val="20"/>
        </w:rPr>
        <w:t>7. Danos Materiais: R$ ____________________, correspondentes a ________________________________.</w:t>
      </w:r>
    </w:p>
    <w:p>
      <w:r>
        <w:rPr>
          <w:b w:val="0"/>
          <w:sz w:val="20"/>
        </w:rPr>
        <w:t>8. Danos Morais: R$ ____________________, em virtude do abalo sofrido pelo Autor em sua honra, imagem e dignidade.</w:t>
      </w:r>
    </w:p>
    <w:p>
      <w:r>
        <w:rPr>
          <w:b w:val="0"/>
          <w:sz w:val="20"/>
        </w:rPr>
        <w:t>9. Demonstrar os prejuízos, anexar documentos comprobatórios e fundamentar valores pleiteados.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10. Prova documental, consistente em ________________________________.</w:t>
      </w:r>
    </w:p>
    <w:p>
      <w:r>
        <w:rPr>
          <w:b/>
          <w:sz w:val="20"/>
        </w:rPr>
        <w:t>11. Prova testemunhal, cujo rol segue abaixo:</w:t>
      </w:r>
    </w:p>
    <w:p>
      <w:r>
        <w:rPr>
          <w:b w:val="0"/>
          <w:sz w:val="20"/>
        </w:rPr>
        <w:t xml:space="preserve">    a) Nome, qualificação e endereço das testemunhas.</w:t>
      </w:r>
    </w:p>
    <w:p>
      <w:r>
        <w:rPr>
          <w:b w:val="0"/>
          <w:sz w:val="20"/>
        </w:rPr>
        <w:t>12. Prova pericial, se necessária, para apuração dos danos e circunstâncias.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a) A citação do Réu para, querendo, apresentar defesa no prazo legal, sob pena de revelia e confissão quanto à matéria fática;</w:t>
      </w:r>
    </w:p>
    <w:p>
      <w:r>
        <w:rPr>
          <w:b/>
          <w:sz w:val="20"/>
        </w:rPr>
        <w:t>b) A condenação do Réu ao pagamento de indenização por danos materiais no valor de R$ _______________________;</w:t>
      </w:r>
    </w:p>
    <w:p>
      <w:r>
        <w:rPr>
          <w:b/>
          <w:sz w:val="20"/>
        </w:rPr>
        <w:t>c) A condenação do Réu ao pagamento de indenização por danos morais no valor de R$ _______________________;</w:t>
      </w:r>
    </w:p>
    <w:p>
      <w:r>
        <w:rPr>
          <w:b/>
          <w:sz w:val="20"/>
        </w:rPr>
        <w:t>d) A condenação do Réu ao pagamento das custas processuais e honorários advocatícios, estes fixados em 20% sobre o valor da condenação;</w:t>
      </w:r>
    </w:p>
    <w:p>
      <w:r>
        <w:rPr>
          <w:b/>
          <w:sz w:val="20"/>
        </w:rPr>
        <w:t>e) A produção de todas as provas admitidas em direito, especialmente documental, testemunhal e pericial;</w:t>
      </w:r>
    </w:p>
    <w:p>
      <w:r>
        <w:rPr>
          <w:b/>
          <w:sz w:val="20"/>
        </w:rPr>
        <w:t>f) A concessão dos benefícios da justiça gratuita, caso preenchidos os requisitos legais;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presente causa o valor de R$ _________________________, para efeitos fiscais e de alçada.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https://documentos-lex.com/acao-indenizatoria/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acao-indenizatori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